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4A9D2" w14:textId="77777777" w:rsid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</w:p>
    <w:p w14:paraId="06805372" w14:textId="77777777" w:rsidR="00822C13" w:rsidRDefault="00822C13" w:rsidP="00822C13">
      <w:pPr>
        <w:jc w:val="center"/>
        <w:rPr>
          <w:rFonts w:ascii="Corbel Light" w:hAnsi="Corbel Light"/>
          <w:b/>
          <w:bCs/>
          <w:sz w:val="28"/>
          <w:szCs w:val="28"/>
          <w:lang w:val="pl-PL"/>
        </w:rPr>
      </w:pPr>
    </w:p>
    <w:p w14:paraId="25EC5010" w14:textId="337ABBB8" w:rsidR="00822C13" w:rsidRDefault="00822C13" w:rsidP="00822C13">
      <w:pPr>
        <w:jc w:val="center"/>
        <w:rPr>
          <w:rFonts w:ascii="Corbel Light" w:hAnsi="Corbel Light"/>
          <w:b/>
          <w:bCs/>
          <w:sz w:val="28"/>
          <w:szCs w:val="28"/>
          <w:lang w:val="pl-PL"/>
        </w:rPr>
      </w:pPr>
      <w:r w:rsidRPr="00822C13">
        <w:rPr>
          <w:rFonts w:ascii="Corbel Light" w:hAnsi="Corbel Light"/>
          <w:b/>
          <w:bCs/>
          <w:sz w:val="28"/>
          <w:szCs w:val="28"/>
          <w:lang w:val="pl-PL"/>
        </w:rPr>
        <w:t>Oświadczenie o miejscu zamieszkania i braku tytułu prawnego do lokalu</w:t>
      </w:r>
    </w:p>
    <w:p w14:paraId="57D29B0B" w14:textId="77777777" w:rsidR="0024542A" w:rsidRPr="0024542A" w:rsidRDefault="0024542A" w:rsidP="0024542A">
      <w:pPr>
        <w:jc w:val="center"/>
        <w:rPr>
          <w:rFonts w:ascii="Corbel Light" w:hAnsi="Corbel Light"/>
          <w:b/>
          <w:bCs/>
          <w:sz w:val="28"/>
          <w:szCs w:val="28"/>
          <w:lang w:val="pl-PL"/>
        </w:rPr>
      </w:pPr>
      <w:r w:rsidRPr="0024542A">
        <w:rPr>
          <w:rFonts w:ascii="Corbel Light" w:hAnsi="Corbel Light"/>
          <w:b/>
          <w:bCs/>
          <w:sz w:val="28"/>
          <w:szCs w:val="28"/>
          <w:lang w:val="pl-PL"/>
        </w:rPr>
        <w:t>„Świadczenie usługi mieszkaniowej z usługami aktywnej integracji dla osób w trudniejszej sytuacji na terenie Gminy Bielawa „ nr FERS.05.01-IZ.00-002/25</w:t>
      </w:r>
    </w:p>
    <w:p w14:paraId="562B2945" w14:textId="4592DDF8" w:rsidR="0024542A" w:rsidRPr="003B4CC9" w:rsidRDefault="0024542A" w:rsidP="0024542A">
      <w:pPr>
        <w:jc w:val="center"/>
        <w:rPr>
          <w:rFonts w:ascii="Corbel Light" w:hAnsi="Corbel Light"/>
          <w:sz w:val="24"/>
          <w:szCs w:val="24"/>
          <w:lang w:val="pl-PL"/>
        </w:rPr>
      </w:pPr>
      <w:r w:rsidRPr="003B4CC9">
        <w:rPr>
          <w:rFonts w:ascii="Corbel Light" w:hAnsi="Corbel Light"/>
          <w:sz w:val="24"/>
          <w:szCs w:val="24"/>
          <w:lang w:val="pl-PL"/>
        </w:rPr>
        <w:t>projekt  współfinansowany przez Unię Europejską w ramach Programu Fundusze Europejskie dla Rozwoju Społecznego 2021–2027.</w:t>
      </w:r>
    </w:p>
    <w:p w14:paraId="249C3C4E" w14:textId="77777777" w:rsidR="00822C13" w:rsidRPr="00822C13" w:rsidRDefault="00822C13" w:rsidP="00822C13">
      <w:pPr>
        <w:jc w:val="center"/>
        <w:rPr>
          <w:rFonts w:ascii="Corbel Light" w:hAnsi="Corbel Light"/>
          <w:b/>
          <w:bCs/>
          <w:sz w:val="28"/>
          <w:szCs w:val="28"/>
          <w:lang w:val="pl-PL"/>
        </w:rPr>
      </w:pPr>
    </w:p>
    <w:p w14:paraId="75C84AEE" w14:textId="5C314B6B" w:rsidR="00822C13" w:rsidRPr="00822C13" w:rsidRDefault="00822C13" w:rsidP="00822C13">
      <w:pPr>
        <w:rPr>
          <w:rFonts w:ascii="Corbel Light" w:hAnsi="Corbel Light"/>
          <w:sz w:val="24"/>
          <w:szCs w:val="24"/>
          <w:lang w:val="pl-PL"/>
        </w:rPr>
      </w:pPr>
      <w:r w:rsidRPr="00822C13">
        <w:rPr>
          <w:rFonts w:ascii="Corbel Light" w:hAnsi="Corbel Light"/>
          <w:sz w:val="24"/>
          <w:szCs w:val="24"/>
          <w:lang w:val="pl-PL"/>
        </w:rPr>
        <w:t>ARTE Wielobranżowa Spółdzielnia Socjalna</w:t>
      </w:r>
      <w:r w:rsidR="004A7F4A">
        <w:rPr>
          <w:rFonts w:ascii="Corbel Light" w:hAnsi="Corbel Light"/>
          <w:sz w:val="24"/>
          <w:szCs w:val="24"/>
          <w:lang w:val="pl-PL"/>
        </w:rPr>
        <w:t>,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ul. Nowobielawska 5, 58-260 Bielawa</w:t>
      </w:r>
      <w:r w:rsidR="004A7F4A">
        <w:rPr>
          <w:rFonts w:ascii="Corbel Light" w:hAnsi="Corbel Light"/>
          <w:sz w:val="24"/>
          <w:szCs w:val="24"/>
          <w:lang w:val="pl-PL"/>
        </w:rPr>
        <w:t>,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Biuro: ul. Brzeżna 32 </w:t>
      </w:r>
      <w:r w:rsidR="004A7F4A">
        <w:rPr>
          <w:rFonts w:ascii="Corbel Light" w:hAnsi="Corbel Light"/>
          <w:sz w:val="24"/>
          <w:szCs w:val="24"/>
          <w:lang w:val="pl-PL"/>
        </w:rPr>
        <w:t>,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NIP: 882 211 73 82</w:t>
      </w:r>
      <w:r w:rsidR="004A7F4A">
        <w:rPr>
          <w:rFonts w:ascii="Corbel Light" w:hAnsi="Corbel Light"/>
          <w:sz w:val="24"/>
          <w:szCs w:val="24"/>
          <w:lang w:val="pl-PL"/>
        </w:rPr>
        <w:t>,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E-mail: san@arte.bielawa.pl</w:t>
      </w:r>
    </w:p>
    <w:p w14:paraId="1FEF737D" w14:textId="77777777" w:rsidR="00822C13" w:rsidRPr="00F93B56" w:rsidRDefault="00822C13" w:rsidP="00822C13">
      <w:pPr>
        <w:rPr>
          <w:rFonts w:ascii="Corbel Light" w:hAnsi="Corbel Light"/>
          <w:b/>
          <w:bCs/>
          <w:sz w:val="24"/>
          <w:szCs w:val="24"/>
          <w:lang w:val="pl-PL"/>
        </w:rPr>
      </w:pPr>
      <w:r w:rsidRPr="00F93B56">
        <w:rPr>
          <w:rFonts w:ascii="Corbel Light" w:hAnsi="Corbel Light"/>
          <w:b/>
          <w:bCs/>
          <w:sz w:val="24"/>
          <w:szCs w:val="24"/>
          <w:lang w:val="pl-PL"/>
        </w:rPr>
        <w:t xml:space="preserve"> </w:t>
      </w:r>
    </w:p>
    <w:p w14:paraId="4C3164F5" w14:textId="1A46C490" w:rsidR="00822C13" w:rsidRPr="00F16063" w:rsidRDefault="00822C13" w:rsidP="00F93B56">
      <w:pPr>
        <w:rPr>
          <w:rFonts w:ascii="Corbel Light" w:hAnsi="Corbel Light"/>
          <w:b/>
          <w:bCs/>
          <w:sz w:val="24"/>
          <w:szCs w:val="24"/>
          <w:lang w:val="pl-PL"/>
        </w:rPr>
      </w:pPr>
      <w:r w:rsidRPr="00F16063">
        <w:rPr>
          <w:rFonts w:ascii="Corbel Light" w:hAnsi="Corbel Light"/>
          <w:b/>
          <w:bCs/>
          <w:sz w:val="24"/>
          <w:szCs w:val="24"/>
          <w:lang w:val="pl-PL"/>
        </w:rPr>
        <w:t>Oświadczam, że:</w:t>
      </w:r>
    </w:p>
    <w:p w14:paraId="19D76EF3" w14:textId="77777777" w:rsidR="00131F14" w:rsidRDefault="00822C13" w:rsidP="00F93B56">
      <w:pPr>
        <w:rPr>
          <w:rFonts w:ascii="Corbel Light" w:hAnsi="Corbel Light"/>
          <w:sz w:val="24"/>
          <w:szCs w:val="24"/>
          <w:lang w:val="pl-PL"/>
        </w:rPr>
      </w:pPr>
      <w:r w:rsidRPr="00822C13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moim miejscem zamieszkania jest: </w:t>
      </w:r>
    </w:p>
    <w:p w14:paraId="704606FA" w14:textId="27915456" w:rsidR="00822C13" w:rsidRDefault="00131F14" w:rsidP="00F93B56">
      <w:pPr>
        <w:rPr>
          <w:rFonts w:ascii="Corbel Light" w:hAnsi="Corbel Light"/>
          <w:sz w:val="24"/>
          <w:szCs w:val="24"/>
          <w:lang w:val="pl-PL"/>
        </w:rPr>
      </w:pPr>
      <w:r w:rsidRPr="00822C13">
        <w:rPr>
          <w:rFonts w:ascii="Corbel Light" w:hAnsi="Corbel Light"/>
          <w:sz w:val="24"/>
          <w:szCs w:val="24"/>
          <w:lang w:val="pl-PL"/>
        </w:rPr>
        <w:t>......................................................................</w:t>
      </w:r>
      <w:r>
        <w:rPr>
          <w:rFonts w:ascii="Corbel Light" w:hAnsi="Corbel Light"/>
          <w:sz w:val="24"/>
          <w:szCs w:val="24"/>
          <w:lang w:val="pl-PL"/>
        </w:rPr>
        <w:t>.....................</w:t>
      </w:r>
      <w:r w:rsidRPr="00822C13">
        <w:rPr>
          <w:rFonts w:ascii="Corbel Light" w:hAnsi="Corbel Light"/>
          <w:sz w:val="24"/>
          <w:szCs w:val="24"/>
          <w:lang w:val="pl-PL"/>
        </w:rPr>
        <w:t>..........</w:t>
      </w:r>
    </w:p>
    <w:p w14:paraId="4BDA9B58" w14:textId="77777777" w:rsidR="00822C13" w:rsidRDefault="00822C13" w:rsidP="00F93B56">
      <w:pPr>
        <w:rPr>
          <w:rFonts w:ascii="Corbel Light" w:hAnsi="Corbel Light"/>
          <w:sz w:val="24"/>
          <w:szCs w:val="24"/>
          <w:lang w:val="pl-PL"/>
        </w:rPr>
      </w:pPr>
      <w:r w:rsidRPr="00822C13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nie posiadam tytu</w:t>
      </w:r>
      <w:r w:rsidRPr="00822C13">
        <w:rPr>
          <w:rFonts w:ascii="Corbel Light" w:hAnsi="Corbel Light" w:cs="Corbel Light"/>
          <w:sz w:val="24"/>
          <w:szCs w:val="24"/>
          <w:lang w:val="pl-PL"/>
        </w:rPr>
        <w:t>ł</w:t>
      </w:r>
      <w:r w:rsidRPr="00822C13">
        <w:rPr>
          <w:rFonts w:ascii="Corbel Light" w:hAnsi="Corbel Light"/>
          <w:sz w:val="24"/>
          <w:szCs w:val="24"/>
          <w:lang w:val="pl-PL"/>
        </w:rPr>
        <w:t>u prawnego do innego lokalu mieszkalnego</w:t>
      </w:r>
      <w:r w:rsidRPr="00822C13">
        <w:rPr>
          <w:rFonts w:ascii="Corbel Light" w:hAnsi="Corbel Light"/>
          <w:sz w:val="24"/>
          <w:szCs w:val="24"/>
          <w:lang w:val="pl-PL"/>
        </w:rPr>
        <w:tab/>
      </w:r>
    </w:p>
    <w:p w14:paraId="1DFAF0AF" w14:textId="49869A4F" w:rsidR="00822C13" w:rsidRPr="00822C13" w:rsidRDefault="00822C13" w:rsidP="00F93B56">
      <w:pPr>
        <w:rPr>
          <w:rFonts w:ascii="Corbel Light" w:hAnsi="Corbel Light"/>
          <w:sz w:val="24"/>
          <w:szCs w:val="24"/>
          <w:lang w:val="pl-PL"/>
        </w:rPr>
      </w:pPr>
      <w:r w:rsidRPr="00822C13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nie toczy si</w:t>
      </w:r>
      <w:r w:rsidRPr="00822C13">
        <w:rPr>
          <w:rFonts w:ascii="Corbel Light" w:hAnsi="Corbel Light" w:cs="Corbel Light"/>
          <w:sz w:val="24"/>
          <w:szCs w:val="24"/>
          <w:lang w:val="pl-PL"/>
        </w:rPr>
        <w:t>ę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wobec mnie post</w:t>
      </w:r>
      <w:r w:rsidRPr="00822C13">
        <w:rPr>
          <w:rFonts w:ascii="Corbel Light" w:hAnsi="Corbel Light" w:cs="Corbel Light"/>
          <w:sz w:val="24"/>
          <w:szCs w:val="24"/>
          <w:lang w:val="pl-PL"/>
        </w:rPr>
        <w:t>ę</w:t>
      </w:r>
      <w:r w:rsidRPr="00822C13">
        <w:rPr>
          <w:rFonts w:ascii="Corbel Light" w:hAnsi="Corbel Light"/>
          <w:sz w:val="24"/>
          <w:szCs w:val="24"/>
          <w:lang w:val="pl-PL"/>
        </w:rPr>
        <w:t>powanie o przydzia</w:t>
      </w:r>
      <w:r w:rsidRPr="00822C13">
        <w:rPr>
          <w:rFonts w:ascii="Corbel Light" w:hAnsi="Corbel Light" w:cs="Corbel Light"/>
          <w:sz w:val="24"/>
          <w:szCs w:val="24"/>
          <w:lang w:val="pl-PL"/>
        </w:rPr>
        <w:t>ł</w:t>
      </w:r>
      <w:r w:rsidRPr="00822C13">
        <w:rPr>
          <w:rFonts w:ascii="Corbel Light" w:hAnsi="Corbel Light"/>
          <w:sz w:val="24"/>
          <w:szCs w:val="24"/>
          <w:lang w:val="pl-PL"/>
        </w:rPr>
        <w:t xml:space="preserve"> lokalu komunalnego / socjalnego</w:t>
      </w:r>
    </w:p>
    <w:p w14:paraId="6B0C57B8" w14:textId="77777777" w:rsidR="00822C13" w:rsidRDefault="00822C13" w:rsidP="00822C13">
      <w:pPr>
        <w:rPr>
          <w:rFonts w:ascii="Corbel Light" w:hAnsi="Corbel Light"/>
          <w:sz w:val="24"/>
          <w:szCs w:val="24"/>
          <w:lang w:val="pl-PL"/>
        </w:rPr>
      </w:pPr>
    </w:p>
    <w:p w14:paraId="1F630D32" w14:textId="61C6EAAC" w:rsidR="00822C13" w:rsidRPr="00822C13" w:rsidRDefault="00822C13" w:rsidP="00822C13">
      <w:pPr>
        <w:rPr>
          <w:rFonts w:ascii="Corbel Light" w:hAnsi="Corbel Light"/>
          <w:sz w:val="24"/>
          <w:szCs w:val="24"/>
          <w:lang w:val="pl-PL"/>
        </w:rPr>
      </w:pPr>
      <w:r w:rsidRPr="00F16063">
        <w:rPr>
          <w:rFonts w:ascii="Corbel Light" w:hAnsi="Corbel Light"/>
          <w:b/>
          <w:bCs/>
          <w:sz w:val="24"/>
          <w:szCs w:val="24"/>
          <w:lang w:val="pl-PL"/>
        </w:rPr>
        <w:t>Miejscowość i data</w:t>
      </w:r>
      <w:r w:rsidR="00F93B56">
        <w:rPr>
          <w:rFonts w:ascii="Corbel Light" w:hAnsi="Corbel Light"/>
          <w:sz w:val="24"/>
          <w:szCs w:val="24"/>
          <w:lang w:val="pl-PL"/>
        </w:rPr>
        <w:t xml:space="preserve"> </w:t>
      </w:r>
      <w:r w:rsidRPr="00822C13">
        <w:rPr>
          <w:rFonts w:ascii="Corbel Light" w:hAnsi="Corbel Light"/>
          <w:sz w:val="24"/>
          <w:szCs w:val="24"/>
          <w:lang w:val="pl-PL"/>
        </w:rPr>
        <w:t>................................................................................</w:t>
      </w:r>
    </w:p>
    <w:p w14:paraId="35FDF3DB" w14:textId="77777777" w:rsidR="00822C13" w:rsidRPr="00822C13" w:rsidRDefault="00822C13" w:rsidP="00822C13">
      <w:pPr>
        <w:rPr>
          <w:rFonts w:ascii="Corbel Light" w:hAnsi="Corbel Light"/>
          <w:sz w:val="24"/>
          <w:szCs w:val="24"/>
          <w:lang w:val="pl-PL"/>
        </w:rPr>
      </w:pPr>
      <w:r w:rsidRPr="00F16063">
        <w:rPr>
          <w:rFonts w:ascii="Corbel Light" w:hAnsi="Corbel Light"/>
          <w:b/>
          <w:bCs/>
          <w:sz w:val="24"/>
          <w:szCs w:val="24"/>
          <w:lang w:val="pl-PL"/>
        </w:rPr>
        <w:t>Podpis</w:t>
      </w:r>
      <w:r w:rsidRPr="00822C13">
        <w:rPr>
          <w:rFonts w:ascii="Corbel Light" w:hAnsi="Corbel Light"/>
          <w:sz w:val="24"/>
          <w:szCs w:val="24"/>
          <w:lang w:val="pl-PL"/>
        </w:rPr>
        <w:tab/>
        <w:t>................................................................................</w:t>
      </w:r>
    </w:p>
    <w:p w14:paraId="252395FD" w14:textId="09294058" w:rsidR="00BB4913" w:rsidRPr="00822C13" w:rsidRDefault="00BB4913" w:rsidP="00837DE1">
      <w:pPr>
        <w:rPr>
          <w:rFonts w:ascii="Corbel Light" w:hAnsi="Corbel Light"/>
          <w:sz w:val="24"/>
          <w:szCs w:val="24"/>
          <w:lang w:val="pl-PL"/>
        </w:rPr>
      </w:pPr>
    </w:p>
    <w:sectPr w:rsidR="00BB4913" w:rsidRPr="00822C1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1B0D" w14:textId="77777777" w:rsidR="00137445" w:rsidRDefault="00137445">
      <w:pPr>
        <w:spacing w:after="0" w:line="240" w:lineRule="auto"/>
      </w:pPr>
      <w:r>
        <w:separator/>
      </w:r>
    </w:p>
  </w:endnote>
  <w:endnote w:type="continuationSeparator" w:id="0">
    <w:p w14:paraId="2124CAE7" w14:textId="77777777" w:rsidR="00137445" w:rsidRDefault="0013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AF94" w14:textId="77777777" w:rsidR="00D876DE" w:rsidRDefault="00D876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BD03" w14:textId="124B9338" w:rsidR="0043101D" w:rsidRPr="00816C23" w:rsidRDefault="00D876DE" w:rsidP="00D876DE">
    <w:pPr>
      <w:pStyle w:val="Stopka"/>
      <w:rPr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265F058" wp14:editId="1E46F5FE">
          <wp:simplePos x="0" y="0"/>
          <wp:positionH relativeFrom="column">
            <wp:posOffset>5359400</wp:posOffset>
          </wp:positionH>
          <wp:positionV relativeFrom="paragraph">
            <wp:posOffset>7620</wp:posOffset>
          </wp:positionV>
          <wp:extent cx="774700" cy="384175"/>
          <wp:effectExtent l="0" t="0" r="6350" b="0"/>
          <wp:wrapNone/>
          <wp:docPr id="1842673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9A29277" wp14:editId="18D1BF78">
          <wp:simplePos x="0" y="0"/>
          <wp:positionH relativeFrom="column">
            <wp:posOffset>3492500</wp:posOffset>
          </wp:positionH>
          <wp:positionV relativeFrom="paragraph">
            <wp:posOffset>-113030</wp:posOffset>
          </wp:positionV>
          <wp:extent cx="1549400" cy="6737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49400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2C13" w:rsidRPr="00816C23">
      <w:rPr>
        <w:lang w:val="pl-PL"/>
      </w:rPr>
      <w:t xml:space="preserve">Dokument opracowany w ramach projektu współfinansowanego </w:t>
    </w:r>
    <w:r>
      <w:rPr>
        <w:lang w:val="pl-PL"/>
      </w:rPr>
      <w:br/>
    </w:r>
    <w:r w:rsidR="00822C13" w:rsidRPr="00816C23">
      <w:rPr>
        <w:lang w:val="pl-PL"/>
      </w:rPr>
      <w:t>przez Unię Europejską w ramach Programu Fundusze Europejskie</w:t>
    </w:r>
    <w:r>
      <w:rPr>
        <w:lang w:val="pl-PL"/>
      </w:rPr>
      <w:br/>
    </w:r>
    <w:r w:rsidR="00822C13" w:rsidRPr="00816C23">
      <w:rPr>
        <w:lang w:val="pl-PL"/>
      </w:rPr>
      <w:t>dla Rozwoju Społecznego 2021–2027.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0AEA" w14:textId="77777777" w:rsidR="00D876DE" w:rsidRDefault="00D876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66C2" w14:textId="77777777" w:rsidR="00137445" w:rsidRDefault="00137445">
      <w:pPr>
        <w:spacing w:after="0" w:line="240" w:lineRule="auto"/>
      </w:pPr>
      <w:bookmarkStart w:id="0" w:name="_Hlk214018415"/>
      <w:bookmarkEnd w:id="0"/>
      <w:r>
        <w:separator/>
      </w:r>
    </w:p>
  </w:footnote>
  <w:footnote w:type="continuationSeparator" w:id="0">
    <w:p w14:paraId="54637A6C" w14:textId="77777777" w:rsidR="00137445" w:rsidRDefault="00137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7ABF" w14:textId="77777777" w:rsidR="00D876DE" w:rsidRDefault="00D876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689" w14:textId="202A2074" w:rsidR="0043101D" w:rsidRDefault="0043101D" w:rsidP="00837DE1">
    <w:pPr>
      <w:pStyle w:val="Nagwek"/>
      <w:ind w:left="-851"/>
    </w:pPr>
  </w:p>
  <w:tbl>
    <w:tblPr>
      <w:tblW w:w="10490" w:type="dxa"/>
      <w:tblInd w:w="-709" w:type="dxa"/>
      <w:tblLook w:val="04A0" w:firstRow="1" w:lastRow="0" w:firstColumn="1" w:lastColumn="0" w:noHBand="0" w:noVBand="1"/>
    </w:tblPr>
    <w:tblGrid>
      <w:gridCol w:w="5916"/>
      <w:gridCol w:w="4574"/>
    </w:tblGrid>
    <w:tr w:rsidR="001C27A3" w14:paraId="47BF76A1" w14:textId="77777777" w:rsidTr="00837DE1">
      <w:tc>
        <w:tcPr>
          <w:tcW w:w="5916" w:type="dxa"/>
        </w:tcPr>
        <w:p w14:paraId="41C9CEFA" w14:textId="0B2BB698" w:rsidR="0043101D" w:rsidRDefault="00D876DE" w:rsidP="00837DE1">
          <w:pPr>
            <w:ind w:left="-961" w:firstLine="961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EDA44DD" wp14:editId="6E15B908">
                <wp:simplePos x="0" y="0"/>
                <wp:positionH relativeFrom="column">
                  <wp:posOffset>-81915</wp:posOffset>
                </wp:positionH>
                <wp:positionV relativeFrom="paragraph">
                  <wp:posOffset>-595630</wp:posOffset>
                </wp:positionV>
                <wp:extent cx="6470181" cy="892784"/>
                <wp:effectExtent l="0" t="0" r="0" b="3175"/>
                <wp:wrapNone/>
                <wp:docPr id="1" name="Picture 1" descr="Obraz zawierający tekst, Czcionka, zrzut ekranu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Obraz zawierający tekst, Czcionka, zrzut ekranu&#10;&#10;Zawartość wygenerowana przez AI może być niepoprawna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0181" cy="8927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74" w:type="dxa"/>
        </w:tcPr>
        <w:p w14:paraId="7616120D" w14:textId="3E28AEDE" w:rsidR="0043101D" w:rsidRDefault="0043101D">
          <w:pPr>
            <w:jc w:val="right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DDE9" w14:textId="77777777" w:rsidR="00D876DE" w:rsidRDefault="00D876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3252367">
    <w:abstractNumId w:val="8"/>
  </w:num>
  <w:num w:numId="2" w16cid:durableId="2076127528">
    <w:abstractNumId w:val="6"/>
  </w:num>
  <w:num w:numId="3" w16cid:durableId="2035574280">
    <w:abstractNumId w:val="5"/>
  </w:num>
  <w:num w:numId="4" w16cid:durableId="1976787437">
    <w:abstractNumId w:val="4"/>
  </w:num>
  <w:num w:numId="5" w16cid:durableId="459886645">
    <w:abstractNumId w:val="7"/>
  </w:num>
  <w:num w:numId="6" w16cid:durableId="46533291">
    <w:abstractNumId w:val="3"/>
  </w:num>
  <w:num w:numId="7" w16cid:durableId="1307736083">
    <w:abstractNumId w:val="2"/>
  </w:num>
  <w:num w:numId="8" w16cid:durableId="723214674">
    <w:abstractNumId w:val="1"/>
  </w:num>
  <w:num w:numId="9" w16cid:durableId="93181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1079"/>
    <w:rsid w:val="00112BB2"/>
    <w:rsid w:val="00131F14"/>
    <w:rsid w:val="00137445"/>
    <w:rsid w:val="0015074B"/>
    <w:rsid w:val="001B5526"/>
    <w:rsid w:val="001C27A3"/>
    <w:rsid w:val="0024542A"/>
    <w:rsid w:val="00266695"/>
    <w:rsid w:val="0029639D"/>
    <w:rsid w:val="00326F90"/>
    <w:rsid w:val="003A2915"/>
    <w:rsid w:val="003B4CC9"/>
    <w:rsid w:val="0043101D"/>
    <w:rsid w:val="00433C1B"/>
    <w:rsid w:val="00477A40"/>
    <w:rsid w:val="004A7F4A"/>
    <w:rsid w:val="00523E6B"/>
    <w:rsid w:val="00667EDE"/>
    <w:rsid w:val="007F1DD4"/>
    <w:rsid w:val="00816C23"/>
    <w:rsid w:val="00822C13"/>
    <w:rsid w:val="008310EC"/>
    <w:rsid w:val="0083514F"/>
    <w:rsid w:val="00837DE1"/>
    <w:rsid w:val="00860C13"/>
    <w:rsid w:val="00914964"/>
    <w:rsid w:val="009A3262"/>
    <w:rsid w:val="00A1509F"/>
    <w:rsid w:val="00AA1D8D"/>
    <w:rsid w:val="00AB4E00"/>
    <w:rsid w:val="00B47730"/>
    <w:rsid w:val="00BB4913"/>
    <w:rsid w:val="00C645F6"/>
    <w:rsid w:val="00CB0664"/>
    <w:rsid w:val="00D44C0F"/>
    <w:rsid w:val="00D876DE"/>
    <w:rsid w:val="00F16063"/>
    <w:rsid w:val="00F93B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380E4"/>
  <w14:defaultImageDpi w14:val="330"/>
  <w15:docId w15:val="{51CA4328-8C2C-4399-A6CE-6C65E1F7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Szymaniuk-Paryż</cp:lastModifiedBy>
  <cp:revision>11</cp:revision>
  <dcterms:created xsi:type="dcterms:W3CDTF">2025-11-14T12:55:00Z</dcterms:created>
  <dcterms:modified xsi:type="dcterms:W3CDTF">2025-12-02T12:42:00Z</dcterms:modified>
  <cp:category/>
</cp:coreProperties>
</file>