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4A9D2" w14:textId="77777777" w:rsidR="00667EDE" w:rsidRDefault="00667EDE" w:rsidP="00667EDE">
      <w:pPr>
        <w:rPr>
          <w:rFonts w:ascii="Corbel Light" w:hAnsi="Corbel Light"/>
          <w:sz w:val="24"/>
          <w:szCs w:val="24"/>
          <w:lang w:val="pl-PL"/>
        </w:rPr>
      </w:pPr>
    </w:p>
    <w:p w14:paraId="67B99563" w14:textId="77777777" w:rsidR="00601CEE" w:rsidRDefault="00601CEE" w:rsidP="00601CEE">
      <w:pPr>
        <w:jc w:val="center"/>
        <w:rPr>
          <w:rFonts w:ascii="Corbel Light" w:hAnsi="Corbel Light"/>
          <w:b/>
          <w:bCs/>
          <w:sz w:val="28"/>
          <w:szCs w:val="28"/>
          <w:lang w:val="pl-PL"/>
        </w:rPr>
      </w:pPr>
      <w:r w:rsidRPr="00601CEE">
        <w:rPr>
          <w:rFonts w:ascii="Corbel Light" w:hAnsi="Corbel Light"/>
          <w:b/>
          <w:bCs/>
          <w:sz w:val="28"/>
          <w:szCs w:val="28"/>
          <w:lang w:val="pl-PL"/>
        </w:rPr>
        <w:t>Oświadczenie o szczególnych potrzebach (dostępność)</w:t>
      </w:r>
    </w:p>
    <w:p w14:paraId="36E77CD9" w14:textId="77777777" w:rsidR="00785576" w:rsidRPr="00785576" w:rsidRDefault="00785576" w:rsidP="00785576">
      <w:pPr>
        <w:jc w:val="center"/>
        <w:rPr>
          <w:rFonts w:ascii="Corbel Light" w:hAnsi="Corbel Light"/>
          <w:b/>
          <w:bCs/>
          <w:sz w:val="28"/>
          <w:szCs w:val="28"/>
          <w:lang w:val="pl-PL"/>
        </w:rPr>
      </w:pPr>
      <w:r w:rsidRPr="00785576">
        <w:rPr>
          <w:rFonts w:ascii="Corbel Light" w:hAnsi="Corbel Light"/>
          <w:b/>
          <w:bCs/>
          <w:sz w:val="28"/>
          <w:szCs w:val="28"/>
          <w:lang w:val="pl-PL"/>
        </w:rPr>
        <w:t>„Świadczenie usługi mieszkaniowej z usługami aktywnej integracji dla osób w trudniejszej sytuacji na terenie Gminy Bielawa „ nr FERS.05.01-IZ.00-002/25</w:t>
      </w:r>
    </w:p>
    <w:p w14:paraId="5FB21AAD" w14:textId="69AD58B0" w:rsidR="00785576" w:rsidRPr="00785576" w:rsidRDefault="00785576" w:rsidP="00785576">
      <w:pPr>
        <w:jc w:val="center"/>
        <w:rPr>
          <w:rFonts w:ascii="Corbel Light" w:hAnsi="Corbel Light"/>
          <w:sz w:val="24"/>
          <w:szCs w:val="24"/>
          <w:lang w:val="pl-PL"/>
        </w:rPr>
      </w:pPr>
      <w:r w:rsidRPr="00785576">
        <w:rPr>
          <w:rFonts w:ascii="Corbel Light" w:hAnsi="Corbel Light"/>
          <w:sz w:val="24"/>
          <w:szCs w:val="24"/>
          <w:lang w:val="pl-PL"/>
        </w:rPr>
        <w:t>projekt  współfinansowany przez Unię Europejską w ramach Programu Fundusze Europejskie dla Rozwoju Społecznego 2021–2027.</w:t>
      </w:r>
    </w:p>
    <w:p w14:paraId="487696D9" w14:textId="77777777" w:rsidR="00601CEE" w:rsidRPr="00601CEE" w:rsidRDefault="00601CEE" w:rsidP="00601CEE">
      <w:pPr>
        <w:jc w:val="center"/>
        <w:rPr>
          <w:rFonts w:ascii="Corbel Light" w:hAnsi="Corbel Light"/>
          <w:b/>
          <w:bCs/>
          <w:sz w:val="28"/>
          <w:szCs w:val="28"/>
          <w:lang w:val="pl-PL"/>
        </w:rPr>
      </w:pPr>
    </w:p>
    <w:p w14:paraId="55A4D539" w14:textId="279964EB" w:rsidR="00601CEE" w:rsidRPr="00601CEE" w:rsidRDefault="00601CEE" w:rsidP="00601CEE">
      <w:pPr>
        <w:rPr>
          <w:rFonts w:ascii="Corbel Light" w:hAnsi="Corbel Light"/>
          <w:sz w:val="28"/>
          <w:szCs w:val="28"/>
          <w:lang w:val="pl-PL"/>
        </w:rPr>
      </w:pPr>
      <w:r w:rsidRPr="00601CEE">
        <w:rPr>
          <w:rFonts w:ascii="Corbel Light" w:hAnsi="Corbel Light"/>
          <w:sz w:val="28"/>
          <w:szCs w:val="28"/>
          <w:lang w:val="pl-PL"/>
        </w:rPr>
        <w:t>ARTE Wielobranżowa Spółdzielnia Socjalna</w:t>
      </w:r>
      <w:r>
        <w:rPr>
          <w:rFonts w:ascii="Corbel Light" w:hAnsi="Corbel Light"/>
          <w:sz w:val="28"/>
          <w:szCs w:val="28"/>
          <w:lang w:val="pl-PL"/>
        </w:rPr>
        <w:t>,</w:t>
      </w:r>
      <w:r w:rsidRPr="00601CEE">
        <w:rPr>
          <w:rFonts w:ascii="Corbel Light" w:hAnsi="Corbel Light"/>
          <w:sz w:val="28"/>
          <w:szCs w:val="28"/>
          <w:lang w:val="pl-PL"/>
        </w:rPr>
        <w:t xml:space="preserve"> ul. Nowobielawska 5, 58-260 Bielawa</w:t>
      </w:r>
      <w:r>
        <w:rPr>
          <w:rFonts w:ascii="Corbel Light" w:hAnsi="Corbel Light"/>
          <w:sz w:val="28"/>
          <w:szCs w:val="28"/>
          <w:lang w:val="pl-PL"/>
        </w:rPr>
        <w:t>,</w:t>
      </w:r>
      <w:r w:rsidRPr="00601CEE">
        <w:rPr>
          <w:rFonts w:ascii="Corbel Light" w:hAnsi="Corbel Light"/>
          <w:sz w:val="28"/>
          <w:szCs w:val="28"/>
          <w:lang w:val="pl-PL"/>
        </w:rPr>
        <w:t xml:space="preserve"> Biuro: ul. Brzeżna 32</w:t>
      </w:r>
      <w:r>
        <w:rPr>
          <w:rFonts w:ascii="Corbel Light" w:hAnsi="Corbel Light"/>
          <w:sz w:val="28"/>
          <w:szCs w:val="28"/>
          <w:lang w:val="pl-PL"/>
        </w:rPr>
        <w:t>,</w:t>
      </w:r>
      <w:r w:rsidRPr="00601CEE">
        <w:rPr>
          <w:rFonts w:ascii="Corbel Light" w:hAnsi="Corbel Light"/>
          <w:sz w:val="28"/>
          <w:szCs w:val="28"/>
          <w:lang w:val="pl-PL"/>
        </w:rPr>
        <w:t xml:space="preserve"> NIP: 882 211 73 82</w:t>
      </w:r>
      <w:r>
        <w:rPr>
          <w:rFonts w:ascii="Corbel Light" w:hAnsi="Corbel Light"/>
          <w:sz w:val="28"/>
          <w:szCs w:val="28"/>
          <w:lang w:val="pl-PL"/>
        </w:rPr>
        <w:t>,</w:t>
      </w:r>
      <w:r w:rsidRPr="00601CEE">
        <w:rPr>
          <w:rFonts w:ascii="Corbel Light" w:hAnsi="Corbel Light"/>
          <w:sz w:val="28"/>
          <w:szCs w:val="28"/>
          <w:lang w:val="pl-PL"/>
        </w:rPr>
        <w:t xml:space="preserve"> E-mail: san@arte.bielawa.pl</w:t>
      </w:r>
    </w:p>
    <w:p w14:paraId="2F94D8E1" w14:textId="77777777" w:rsidR="00601CEE" w:rsidRPr="00601CEE" w:rsidRDefault="00601CEE" w:rsidP="00601CEE">
      <w:pPr>
        <w:rPr>
          <w:rFonts w:ascii="Corbel Light" w:hAnsi="Corbel Light"/>
          <w:sz w:val="28"/>
          <w:szCs w:val="28"/>
          <w:lang w:val="pl-PL"/>
        </w:rPr>
      </w:pPr>
      <w:r w:rsidRPr="00601CEE">
        <w:rPr>
          <w:rFonts w:ascii="Corbel Light" w:hAnsi="Corbel Light"/>
          <w:sz w:val="28"/>
          <w:szCs w:val="28"/>
          <w:lang w:val="pl-PL"/>
        </w:rPr>
        <w:t xml:space="preserve"> </w:t>
      </w:r>
    </w:p>
    <w:p w14:paraId="49E6BB96" w14:textId="0FA0D39C" w:rsidR="00601CEE" w:rsidRPr="00F30B6C" w:rsidRDefault="00601CEE" w:rsidP="00601CEE">
      <w:pPr>
        <w:rPr>
          <w:rFonts w:ascii="Corbel Light" w:hAnsi="Corbel Light"/>
          <w:b/>
          <w:bCs/>
          <w:sz w:val="28"/>
          <w:szCs w:val="28"/>
          <w:lang w:val="pl-PL"/>
        </w:rPr>
      </w:pPr>
      <w:r w:rsidRPr="00F30B6C">
        <w:rPr>
          <w:rFonts w:ascii="Corbel Light" w:hAnsi="Corbel Light"/>
          <w:b/>
          <w:bCs/>
          <w:sz w:val="28"/>
          <w:szCs w:val="28"/>
          <w:lang w:val="pl-PL"/>
        </w:rPr>
        <w:t>Proszę o zapewnienie następujących usprawnień w trakcie rekrutacji i udziału w projekcie (zaznacz właściwe):</w:t>
      </w:r>
    </w:p>
    <w:p w14:paraId="691BE57C" w14:textId="77777777" w:rsidR="00F357E2" w:rsidRPr="00F30B6C" w:rsidRDefault="00601CEE" w:rsidP="00F30B6C">
      <w:pPr>
        <w:spacing w:line="240" w:lineRule="auto"/>
        <w:rPr>
          <w:rFonts w:ascii="Corbel Light" w:hAnsi="Corbel Light"/>
          <w:sz w:val="28"/>
          <w:szCs w:val="28"/>
          <w:lang w:val="pl-PL"/>
        </w:rPr>
      </w:pPr>
      <w:r w:rsidRPr="00F30B6C">
        <w:rPr>
          <w:rFonts w:ascii="Segoe UI Symbol" w:hAnsi="Segoe UI Symbol" w:cs="Segoe UI Symbol"/>
          <w:sz w:val="28"/>
          <w:szCs w:val="28"/>
          <w:lang w:val="pl-PL"/>
        </w:rPr>
        <w:t>☐</w:t>
      </w:r>
      <w:r w:rsidRPr="00F30B6C">
        <w:rPr>
          <w:rFonts w:ascii="Corbel Light" w:hAnsi="Corbel Light"/>
          <w:sz w:val="28"/>
          <w:szCs w:val="28"/>
          <w:lang w:val="pl-PL"/>
        </w:rPr>
        <w:t xml:space="preserve"> tłumacz PJM</w:t>
      </w:r>
      <w:r w:rsidRPr="00F30B6C">
        <w:rPr>
          <w:rFonts w:ascii="Corbel Light" w:hAnsi="Corbel Light"/>
          <w:sz w:val="28"/>
          <w:szCs w:val="28"/>
          <w:lang w:val="pl-PL"/>
        </w:rPr>
        <w:tab/>
      </w:r>
    </w:p>
    <w:p w14:paraId="0CFEE0B4" w14:textId="5C5FFA8D" w:rsidR="00601CEE" w:rsidRPr="00F30B6C" w:rsidRDefault="00601CEE" w:rsidP="00F30B6C">
      <w:pPr>
        <w:spacing w:line="240" w:lineRule="auto"/>
        <w:rPr>
          <w:rFonts w:ascii="Corbel Light" w:hAnsi="Corbel Light"/>
          <w:sz w:val="28"/>
          <w:szCs w:val="28"/>
          <w:lang w:val="pl-PL"/>
        </w:rPr>
      </w:pPr>
      <w:r w:rsidRPr="00F30B6C">
        <w:rPr>
          <w:rFonts w:ascii="Segoe UI Symbol" w:hAnsi="Segoe UI Symbol" w:cs="Segoe UI Symbol"/>
          <w:sz w:val="28"/>
          <w:szCs w:val="28"/>
          <w:lang w:val="pl-PL"/>
        </w:rPr>
        <w:t>☐</w:t>
      </w:r>
      <w:r w:rsidRPr="00F30B6C">
        <w:rPr>
          <w:rFonts w:ascii="Corbel Light" w:hAnsi="Corbel Light"/>
          <w:sz w:val="28"/>
          <w:szCs w:val="28"/>
          <w:lang w:val="pl-PL"/>
        </w:rPr>
        <w:t xml:space="preserve"> asystent/ka osoby z niepe</w:t>
      </w:r>
      <w:r w:rsidRPr="00F30B6C">
        <w:rPr>
          <w:rFonts w:ascii="Corbel Light" w:hAnsi="Corbel Light" w:cs="Corbel Light"/>
          <w:sz w:val="28"/>
          <w:szCs w:val="28"/>
          <w:lang w:val="pl-PL"/>
        </w:rPr>
        <w:t>ł</w:t>
      </w:r>
      <w:r w:rsidRPr="00F30B6C">
        <w:rPr>
          <w:rFonts w:ascii="Corbel Light" w:hAnsi="Corbel Light"/>
          <w:sz w:val="28"/>
          <w:szCs w:val="28"/>
          <w:lang w:val="pl-PL"/>
        </w:rPr>
        <w:t>nosprawno</w:t>
      </w:r>
      <w:r w:rsidRPr="00F30B6C">
        <w:rPr>
          <w:rFonts w:ascii="Corbel Light" w:hAnsi="Corbel Light" w:cs="Corbel Light"/>
          <w:sz w:val="28"/>
          <w:szCs w:val="28"/>
          <w:lang w:val="pl-PL"/>
        </w:rPr>
        <w:t>ś</w:t>
      </w:r>
      <w:r w:rsidRPr="00F30B6C">
        <w:rPr>
          <w:rFonts w:ascii="Corbel Light" w:hAnsi="Corbel Light"/>
          <w:sz w:val="28"/>
          <w:szCs w:val="28"/>
          <w:lang w:val="pl-PL"/>
        </w:rPr>
        <w:t>ci</w:t>
      </w:r>
      <w:r w:rsidRPr="00F30B6C">
        <w:rPr>
          <w:rFonts w:ascii="Corbel Light" w:hAnsi="Corbel Light" w:cs="Corbel Light"/>
          <w:sz w:val="28"/>
          <w:szCs w:val="28"/>
          <w:lang w:val="pl-PL"/>
        </w:rPr>
        <w:t>ą</w:t>
      </w:r>
      <w:r w:rsidRPr="00F30B6C">
        <w:rPr>
          <w:rFonts w:ascii="Corbel Light" w:hAnsi="Corbel Light"/>
          <w:sz w:val="28"/>
          <w:szCs w:val="28"/>
          <w:lang w:val="pl-PL"/>
        </w:rPr>
        <w:tab/>
      </w:r>
    </w:p>
    <w:p w14:paraId="1FA836CB" w14:textId="77777777" w:rsidR="00F357E2" w:rsidRPr="00F30B6C" w:rsidRDefault="00601CEE" w:rsidP="00F30B6C">
      <w:pPr>
        <w:spacing w:line="240" w:lineRule="auto"/>
        <w:rPr>
          <w:rFonts w:ascii="Corbel Light" w:hAnsi="Corbel Light"/>
          <w:sz w:val="28"/>
          <w:szCs w:val="28"/>
          <w:lang w:val="pl-PL"/>
        </w:rPr>
      </w:pPr>
      <w:r w:rsidRPr="00F30B6C">
        <w:rPr>
          <w:rFonts w:ascii="Segoe UI Symbol" w:hAnsi="Segoe UI Symbol" w:cs="Segoe UI Symbol"/>
          <w:sz w:val="28"/>
          <w:szCs w:val="28"/>
          <w:lang w:val="pl-PL"/>
        </w:rPr>
        <w:t>☐</w:t>
      </w:r>
      <w:r w:rsidRPr="00F30B6C">
        <w:rPr>
          <w:rFonts w:ascii="Corbel Light" w:hAnsi="Corbel Light"/>
          <w:sz w:val="28"/>
          <w:szCs w:val="28"/>
          <w:lang w:val="pl-PL"/>
        </w:rPr>
        <w:t xml:space="preserve"> materia</w:t>
      </w:r>
      <w:r w:rsidRPr="00F30B6C">
        <w:rPr>
          <w:rFonts w:ascii="Corbel Light" w:hAnsi="Corbel Light" w:cs="Corbel Light"/>
          <w:sz w:val="28"/>
          <w:szCs w:val="28"/>
          <w:lang w:val="pl-PL"/>
        </w:rPr>
        <w:t>ł</w:t>
      </w:r>
      <w:r w:rsidRPr="00F30B6C">
        <w:rPr>
          <w:rFonts w:ascii="Corbel Light" w:hAnsi="Corbel Light"/>
          <w:sz w:val="28"/>
          <w:szCs w:val="28"/>
          <w:lang w:val="pl-PL"/>
        </w:rPr>
        <w:t>y w wersji elektronicznej</w:t>
      </w:r>
      <w:r w:rsidRPr="00F30B6C">
        <w:rPr>
          <w:rFonts w:ascii="Corbel Light" w:hAnsi="Corbel Light"/>
          <w:sz w:val="28"/>
          <w:szCs w:val="28"/>
          <w:lang w:val="pl-PL"/>
        </w:rPr>
        <w:tab/>
      </w:r>
    </w:p>
    <w:p w14:paraId="32CAB0C9" w14:textId="6E3FC652" w:rsidR="00601CEE" w:rsidRPr="00F30B6C" w:rsidRDefault="00601CEE" w:rsidP="00F30B6C">
      <w:pPr>
        <w:spacing w:line="240" w:lineRule="auto"/>
        <w:rPr>
          <w:rFonts w:ascii="Corbel Light" w:hAnsi="Corbel Light"/>
          <w:sz w:val="28"/>
          <w:szCs w:val="28"/>
          <w:lang w:val="pl-PL"/>
        </w:rPr>
      </w:pPr>
      <w:r w:rsidRPr="00F30B6C">
        <w:rPr>
          <w:rFonts w:ascii="Segoe UI Symbol" w:hAnsi="Segoe UI Symbol" w:cs="Segoe UI Symbol"/>
          <w:sz w:val="28"/>
          <w:szCs w:val="28"/>
          <w:lang w:val="pl-PL"/>
        </w:rPr>
        <w:t>☐</w:t>
      </w:r>
      <w:r w:rsidRPr="00F30B6C">
        <w:rPr>
          <w:rFonts w:ascii="Corbel Light" w:hAnsi="Corbel Light"/>
          <w:sz w:val="28"/>
          <w:szCs w:val="28"/>
          <w:lang w:val="pl-PL"/>
        </w:rPr>
        <w:t xml:space="preserve"> dost</w:t>
      </w:r>
      <w:r w:rsidRPr="00F30B6C">
        <w:rPr>
          <w:rFonts w:ascii="Corbel Light" w:hAnsi="Corbel Light" w:cs="Corbel Light"/>
          <w:sz w:val="28"/>
          <w:szCs w:val="28"/>
          <w:lang w:val="pl-PL"/>
        </w:rPr>
        <w:t>ę</w:t>
      </w:r>
      <w:r w:rsidRPr="00F30B6C">
        <w:rPr>
          <w:rFonts w:ascii="Corbel Light" w:hAnsi="Corbel Light"/>
          <w:sz w:val="28"/>
          <w:szCs w:val="28"/>
          <w:lang w:val="pl-PL"/>
        </w:rPr>
        <w:t>p bez barier podjazd/winda</w:t>
      </w:r>
    </w:p>
    <w:p w14:paraId="33B74BB9" w14:textId="1116CD32" w:rsidR="00601CEE" w:rsidRPr="00F30B6C" w:rsidRDefault="00601CEE" w:rsidP="00F30B6C">
      <w:pPr>
        <w:spacing w:line="240" w:lineRule="auto"/>
        <w:rPr>
          <w:rFonts w:ascii="Corbel Light" w:hAnsi="Corbel Light"/>
          <w:sz w:val="28"/>
          <w:szCs w:val="28"/>
          <w:lang w:val="pl-PL"/>
        </w:rPr>
      </w:pPr>
      <w:r w:rsidRPr="00F30B6C">
        <w:rPr>
          <w:rFonts w:ascii="Segoe UI Symbol" w:hAnsi="Segoe UI Symbol" w:cs="Segoe UI Symbol"/>
          <w:sz w:val="28"/>
          <w:szCs w:val="28"/>
          <w:lang w:val="pl-PL"/>
        </w:rPr>
        <w:t>☐</w:t>
      </w:r>
      <w:r w:rsidRPr="00F30B6C">
        <w:rPr>
          <w:rFonts w:ascii="Corbel Light" w:hAnsi="Corbel Light"/>
          <w:sz w:val="28"/>
          <w:szCs w:val="28"/>
          <w:lang w:val="pl-PL"/>
        </w:rPr>
        <w:t xml:space="preserve"> inne (wpisa</w:t>
      </w:r>
      <w:r w:rsidRPr="00F30B6C">
        <w:rPr>
          <w:rFonts w:ascii="Corbel Light" w:hAnsi="Corbel Light" w:cs="Corbel Light"/>
          <w:sz w:val="28"/>
          <w:szCs w:val="28"/>
          <w:lang w:val="pl-PL"/>
        </w:rPr>
        <w:t>ć</w:t>
      </w:r>
      <w:r w:rsidRPr="00F30B6C">
        <w:rPr>
          <w:rFonts w:ascii="Corbel Light" w:hAnsi="Corbel Light"/>
          <w:sz w:val="28"/>
          <w:szCs w:val="28"/>
          <w:lang w:val="pl-PL"/>
        </w:rPr>
        <w:t xml:space="preserve"> poni</w:t>
      </w:r>
      <w:r w:rsidRPr="00F30B6C">
        <w:rPr>
          <w:rFonts w:ascii="Corbel Light" w:hAnsi="Corbel Light" w:cs="Corbel Light"/>
          <w:sz w:val="28"/>
          <w:szCs w:val="28"/>
          <w:lang w:val="pl-PL"/>
        </w:rPr>
        <w:t>ż</w:t>
      </w:r>
      <w:r w:rsidRPr="00F30B6C">
        <w:rPr>
          <w:rFonts w:ascii="Corbel Light" w:hAnsi="Corbel Light"/>
          <w:sz w:val="28"/>
          <w:szCs w:val="28"/>
          <w:lang w:val="pl-PL"/>
        </w:rPr>
        <w:t>ej)</w:t>
      </w:r>
    </w:p>
    <w:p w14:paraId="2DD986AD" w14:textId="77777777" w:rsidR="00601CEE" w:rsidRPr="00601CEE" w:rsidRDefault="00601CEE" w:rsidP="00601CEE">
      <w:pPr>
        <w:rPr>
          <w:rFonts w:ascii="Corbel Light" w:hAnsi="Corbel Light"/>
          <w:sz w:val="28"/>
          <w:szCs w:val="28"/>
          <w:lang w:val="pl-PL"/>
        </w:rPr>
      </w:pPr>
    </w:p>
    <w:p w14:paraId="19E0D712" w14:textId="45EAC565" w:rsidR="00601CEE" w:rsidRPr="00601CEE" w:rsidRDefault="00601CEE" w:rsidP="00601CEE">
      <w:pPr>
        <w:rPr>
          <w:rFonts w:ascii="Corbel Light" w:hAnsi="Corbel Light"/>
          <w:sz w:val="28"/>
          <w:szCs w:val="28"/>
          <w:lang w:val="pl-PL"/>
        </w:rPr>
      </w:pPr>
      <w:r w:rsidRPr="00846FCA">
        <w:rPr>
          <w:rFonts w:ascii="Corbel Light" w:hAnsi="Corbel Light"/>
          <w:b/>
          <w:bCs/>
          <w:sz w:val="28"/>
          <w:szCs w:val="28"/>
          <w:lang w:val="pl-PL"/>
        </w:rPr>
        <w:t>Inne potrzeby / uwagi</w:t>
      </w:r>
      <w:r w:rsidR="00F30B6C">
        <w:rPr>
          <w:rFonts w:ascii="Corbel Light" w:hAnsi="Corbel Light"/>
          <w:sz w:val="28"/>
          <w:szCs w:val="28"/>
          <w:lang w:val="pl-PL"/>
        </w:rPr>
        <w:t xml:space="preserve"> </w:t>
      </w:r>
      <w:r w:rsidRPr="00601CEE">
        <w:rPr>
          <w:rFonts w:ascii="Corbel Light" w:hAnsi="Corbel Light"/>
          <w:sz w:val="28"/>
          <w:szCs w:val="28"/>
          <w:lang w:val="pl-PL"/>
        </w:rPr>
        <w:t>................................................................................</w:t>
      </w:r>
    </w:p>
    <w:p w14:paraId="61A77F5D" w14:textId="77777777" w:rsidR="00601CEE" w:rsidRPr="00601CEE" w:rsidRDefault="00601CEE" w:rsidP="00601CEE">
      <w:pPr>
        <w:rPr>
          <w:rFonts w:ascii="Corbel Light" w:hAnsi="Corbel Light"/>
          <w:sz w:val="28"/>
          <w:szCs w:val="28"/>
          <w:lang w:val="pl-PL"/>
        </w:rPr>
      </w:pPr>
      <w:r w:rsidRPr="00846FCA">
        <w:rPr>
          <w:rFonts w:ascii="Corbel Light" w:hAnsi="Corbel Light"/>
          <w:b/>
          <w:bCs/>
          <w:sz w:val="28"/>
          <w:szCs w:val="28"/>
          <w:lang w:val="pl-PL"/>
        </w:rPr>
        <w:t>Miejscowość i data</w:t>
      </w:r>
      <w:r w:rsidRPr="00601CEE">
        <w:rPr>
          <w:rFonts w:ascii="Corbel Light" w:hAnsi="Corbel Light"/>
          <w:sz w:val="28"/>
          <w:szCs w:val="28"/>
          <w:lang w:val="pl-PL"/>
        </w:rPr>
        <w:tab/>
        <w:t>................................................................................</w:t>
      </w:r>
    </w:p>
    <w:p w14:paraId="252395FD" w14:textId="51C3D1B2" w:rsidR="00BB4913" w:rsidRPr="00601CEE" w:rsidRDefault="00601CEE" w:rsidP="00601CEE">
      <w:pPr>
        <w:rPr>
          <w:rFonts w:ascii="Corbel Light" w:hAnsi="Corbel Light"/>
          <w:sz w:val="24"/>
          <w:szCs w:val="24"/>
          <w:lang w:val="pl-PL"/>
        </w:rPr>
      </w:pPr>
      <w:r w:rsidRPr="00846FCA">
        <w:rPr>
          <w:rFonts w:ascii="Corbel Light" w:hAnsi="Corbel Light"/>
          <w:b/>
          <w:bCs/>
          <w:sz w:val="28"/>
          <w:szCs w:val="28"/>
          <w:lang w:val="pl-PL"/>
        </w:rPr>
        <w:t>Podpis</w:t>
      </w:r>
      <w:r w:rsidR="00F30B6C">
        <w:rPr>
          <w:rFonts w:ascii="Corbel Light" w:hAnsi="Corbel Light"/>
          <w:sz w:val="28"/>
          <w:szCs w:val="28"/>
          <w:lang w:val="pl-PL"/>
        </w:rPr>
        <w:t xml:space="preserve"> </w:t>
      </w:r>
      <w:r w:rsidRPr="00601CEE">
        <w:rPr>
          <w:rFonts w:ascii="Corbel Light" w:hAnsi="Corbel Light"/>
          <w:sz w:val="28"/>
          <w:szCs w:val="28"/>
          <w:lang w:val="pl-PL"/>
        </w:rPr>
        <w:t>................................................................................</w:t>
      </w:r>
    </w:p>
    <w:sectPr w:rsidR="00BB4913" w:rsidRPr="00601CEE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7F86B" w14:textId="77777777" w:rsidR="002F53BD" w:rsidRDefault="002F53BD">
      <w:pPr>
        <w:spacing w:after="0" w:line="240" w:lineRule="auto"/>
      </w:pPr>
      <w:r>
        <w:separator/>
      </w:r>
    </w:p>
  </w:endnote>
  <w:endnote w:type="continuationSeparator" w:id="0">
    <w:p w14:paraId="2DC79AEF" w14:textId="77777777" w:rsidR="002F53BD" w:rsidRDefault="002F53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Corbel Light">
    <w:panose1 w:val="020B0303020204020204"/>
    <w:charset w:val="EE"/>
    <w:family w:val="swiss"/>
    <w:pitch w:val="variable"/>
    <w:sig w:usb0="A00002EF" w:usb1="4000A44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C24FA" w14:textId="77777777" w:rsidR="00B51A76" w:rsidRDefault="00B51A7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3BD03" w14:textId="22B9C3A0" w:rsidR="0043101D" w:rsidRPr="00816C23" w:rsidRDefault="00B51A76" w:rsidP="00B51A76">
    <w:pPr>
      <w:pStyle w:val="Stopka"/>
      <w:rPr>
        <w:lang w:val="pl-PL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2265F058" wp14:editId="5AE507FD">
          <wp:simplePos x="0" y="0"/>
          <wp:positionH relativeFrom="column">
            <wp:posOffset>5334000</wp:posOffset>
          </wp:positionH>
          <wp:positionV relativeFrom="paragraph">
            <wp:posOffset>7620</wp:posOffset>
          </wp:positionV>
          <wp:extent cx="774700" cy="384175"/>
          <wp:effectExtent l="0" t="0" r="6350" b="0"/>
          <wp:wrapNone/>
          <wp:docPr id="184267325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384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19A29277" wp14:editId="40FDF8C9">
          <wp:simplePos x="0" y="0"/>
          <wp:positionH relativeFrom="column">
            <wp:posOffset>3600450</wp:posOffset>
          </wp:positionH>
          <wp:positionV relativeFrom="paragraph">
            <wp:posOffset>-62230</wp:posOffset>
          </wp:positionV>
          <wp:extent cx="1549400" cy="673735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te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49400" cy="6737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01CEE" w:rsidRPr="00816C23">
      <w:rPr>
        <w:lang w:val="pl-PL"/>
      </w:rPr>
      <w:t>Dokument opracowany w ramach projektu współfinansowanego</w:t>
    </w:r>
    <w:r>
      <w:rPr>
        <w:lang w:val="pl-PL"/>
      </w:rPr>
      <w:br/>
    </w:r>
    <w:r w:rsidR="00601CEE" w:rsidRPr="00816C23">
      <w:rPr>
        <w:lang w:val="pl-PL"/>
      </w:rPr>
      <w:t>przez Unię Europejską w ramach Programu Fundusze Europejskie</w:t>
    </w:r>
    <w:r>
      <w:rPr>
        <w:lang w:val="pl-PL"/>
      </w:rPr>
      <w:br/>
    </w:r>
    <w:r w:rsidR="00601CEE" w:rsidRPr="00816C23">
      <w:rPr>
        <w:lang w:val="pl-PL"/>
      </w:rPr>
      <w:t>dla Rozwoju Społecznego 2021–2027.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A158E" w14:textId="77777777" w:rsidR="00B51A76" w:rsidRDefault="00B51A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BF0CC" w14:textId="77777777" w:rsidR="002F53BD" w:rsidRDefault="002F53BD">
      <w:pPr>
        <w:spacing w:after="0" w:line="240" w:lineRule="auto"/>
      </w:pPr>
      <w:bookmarkStart w:id="0" w:name="_Hlk214018415"/>
      <w:bookmarkEnd w:id="0"/>
      <w:r>
        <w:separator/>
      </w:r>
    </w:p>
  </w:footnote>
  <w:footnote w:type="continuationSeparator" w:id="0">
    <w:p w14:paraId="0E90A3C8" w14:textId="77777777" w:rsidR="002F53BD" w:rsidRDefault="002F53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A86EC" w14:textId="77777777" w:rsidR="00B51A76" w:rsidRDefault="00B51A7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69689" w14:textId="237A694B" w:rsidR="0043101D" w:rsidRDefault="00B51A76" w:rsidP="00837DE1">
    <w:pPr>
      <w:pStyle w:val="Nagwek"/>
      <w:ind w:left="-851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729AE7A" wp14:editId="0AA22775">
          <wp:simplePos x="0" y="0"/>
          <wp:positionH relativeFrom="margin">
            <wp:align>center</wp:align>
          </wp:positionH>
          <wp:positionV relativeFrom="paragraph">
            <wp:posOffset>-336550</wp:posOffset>
          </wp:positionV>
          <wp:extent cx="6097623" cy="841375"/>
          <wp:effectExtent l="0" t="0" r="0" b="0"/>
          <wp:wrapNone/>
          <wp:docPr id="1" name="Picture 1" descr="Obraz zawierający tekst, Czcionka, zrzut ekranu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Obraz zawierający tekst, Czcionka, zrzut ekranu&#10;&#10;Zawartość wygenerowana przez AI może być niepoprawna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97623" cy="841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W w:w="10490" w:type="dxa"/>
      <w:tblInd w:w="-709" w:type="dxa"/>
      <w:tblLook w:val="04A0" w:firstRow="1" w:lastRow="0" w:firstColumn="1" w:lastColumn="0" w:noHBand="0" w:noVBand="1"/>
    </w:tblPr>
    <w:tblGrid>
      <w:gridCol w:w="5916"/>
      <w:gridCol w:w="4574"/>
    </w:tblGrid>
    <w:tr w:rsidR="001C27A3" w14:paraId="47BF76A1" w14:textId="77777777" w:rsidTr="00837DE1">
      <w:tc>
        <w:tcPr>
          <w:tcW w:w="5916" w:type="dxa"/>
        </w:tcPr>
        <w:p w14:paraId="41C9CEFA" w14:textId="383DA8F3" w:rsidR="0043101D" w:rsidRDefault="0043101D" w:rsidP="00837DE1">
          <w:pPr>
            <w:ind w:left="-961" w:firstLine="961"/>
          </w:pPr>
        </w:p>
      </w:tc>
      <w:tc>
        <w:tcPr>
          <w:tcW w:w="4574" w:type="dxa"/>
        </w:tcPr>
        <w:p w14:paraId="7616120D" w14:textId="26D3B95A" w:rsidR="0043101D" w:rsidRDefault="0043101D">
          <w:pPr>
            <w:jc w:val="right"/>
          </w:pPr>
        </w:p>
      </w:tc>
    </w:tr>
  </w:tbl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2654C" w14:textId="77777777" w:rsidR="00B51A76" w:rsidRDefault="00B51A7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63252367">
    <w:abstractNumId w:val="8"/>
  </w:num>
  <w:num w:numId="2" w16cid:durableId="2076127528">
    <w:abstractNumId w:val="6"/>
  </w:num>
  <w:num w:numId="3" w16cid:durableId="2035574280">
    <w:abstractNumId w:val="5"/>
  </w:num>
  <w:num w:numId="4" w16cid:durableId="1976787437">
    <w:abstractNumId w:val="4"/>
  </w:num>
  <w:num w:numId="5" w16cid:durableId="459886645">
    <w:abstractNumId w:val="7"/>
  </w:num>
  <w:num w:numId="6" w16cid:durableId="46533291">
    <w:abstractNumId w:val="3"/>
  </w:num>
  <w:num w:numId="7" w16cid:durableId="1307736083">
    <w:abstractNumId w:val="2"/>
  </w:num>
  <w:num w:numId="8" w16cid:durableId="723214674">
    <w:abstractNumId w:val="1"/>
  </w:num>
  <w:num w:numId="9" w16cid:durableId="931818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1079"/>
    <w:rsid w:val="0015074B"/>
    <w:rsid w:val="001B5526"/>
    <w:rsid w:val="001C27A3"/>
    <w:rsid w:val="00266695"/>
    <w:rsid w:val="0029639D"/>
    <w:rsid w:val="002F53BD"/>
    <w:rsid w:val="00326F90"/>
    <w:rsid w:val="00336556"/>
    <w:rsid w:val="003A2915"/>
    <w:rsid w:val="0043101D"/>
    <w:rsid w:val="00433C1B"/>
    <w:rsid w:val="004632D9"/>
    <w:rsid w:val="00601CEE"/>
    <w:rsid w:val="00667EDE"/>
    <w:rsid w:val="00734541"/>
    <w:rsid w:val="00785576"/>
    <w:rsid w:val="007F1DD4"/>
    <w:rsid w:val="00816C23"/>
    <w:rsid w:val="00822C13"/>
    <w:rsid w:val="0082502F"/>
    <w:rsid w:val="0083514F"/>
    <w:rsid w:val="00837DE1"/>
    <w:rsid w:val="00846FCA"/>
    <w:rsid w:val="00860C13"/>
    <w:rsid w:val="009A3262"/>
    <w:rsid w:val="00AA1D8D"/>
    <w:rsid w:val="00B41196"/>
    <w:rsid w:val="00B47730"/>
    <w:rsid w:val="00B51A76"/>
    <w:rsid w:val="00BB4913"/>
    <w:rsid w:val="00C645F6"/>
    <w:rsid w:val="00CB0664"/>
    <w:rsid w:val="00D73C46"/>
    <w:rsid w:val="00F05308"/>
    <w:rsid w:val="00F30B6C"/>
    <w:rsid w:val="00F357E2"/>
    <w:rsid w:val="00F63CD8"/>
    <w:rsid w:val="00FA316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AC380E4"/>
  <w14:defaultImageDpi w14:val="330"/>
  <w15:docId w15:val="{51CA4328-8C2C-4399-A6CE-6C65E1F7C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sz w:val="18"/>
    </w:r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147</Words>
  <Characters>887</Characters>
  <Application>Microsoft Office Word</Application>
  <DocSecurity>0</DocSecurity>
  <Lines>7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1032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Anna Szymaniuk-Paryż</cp:lastModifiedBy>
  <cp:revision>6</cp:revision>
  <dcterms:created xsi:type="dcterms:W3CDTF">2025-11-17T11:19:00Z</dcterms:created>
  <dcterms:modified xsi:type="dcterms:W3CDTF">2025-12-02T12:54:00Z</dcterms:modified>
  <cp:category/>
</cp:coreProperties>
</file>