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4A9D2" w14:textId="77777777" w:rsidR="00667EDE" w:rsidRDefault="00667EDE" w:rsidP="00667EDE">
      <w:pPr>
        <w:rPr>
          <w:rFonts w:ascii="Corbel Light" w:hAnsi="Corbel Light"/>
          <w:sz w:val="24"/>
          <w:szCs w:val="24"/>
          <w:lang w:val="pl-PL"/>
        </w:rPr>
      </w:pPr>
    </w:p>
    <w:p w14:paraId="18CE3875" w14:textId="45DC06FB" w:rsidR="00667EDE" w:rsidRDefault="00667EDE" w:rsidP="00667EDE">
      <w:pPr>
        <w:jc w:val="center"/>
        <w:rPr>
          <w:rFonts w:ascii="Corbel Light" w:hAnsi="Corbel Light"/>
          <w:b/>
          <w:bCs/>
          <w:sz w:val="24"/>
          <w:szCs w:val="24"/>
          <w:lang w:val="pl-PL"/>
        </w:rPr>
      </w:pPr>
      <w:r w:rsidRPr="00667EDE">
        <w:rPr>
          <w:rFonts w:ascii="Corbel Light" w:hAnsi="Corbel Light"/>
          <w:b/>
          <w:bCs/>
          <w:sz w:val="24"/>
          <w:szCs w:val="24"/>
          <w:lang w:val="pl-PL"/>
        </w:rPr>
        <w:t>Zgoda na przetwarzanie danych osobowych i klauzula informacyjna</w:t>
      </w:r>
    </w:p>
    <w:p w14:paraId="6CF37887" w14:textId="77777777" w:rsidR="00333BB1" w:rsidRPr="00333BB1" w:rsidRDefault="00333BB1" w:rsidP="00333BB1">
      <w:pPr>
        <w:jc w:val="center"/>
        <w:rPr>
          <w:rFonts w:ascii="Corbel Light" w:hAnsi="Corbel Light"/>
          <w:b/>
          <w:bCs/>
          <w:sz w:val="24"/>
          <w:szCs w:val="24"/>
          <w:lang w:val="pl-PL"/>
        </w:rPr>
      </w:pPr>
      <w:r w:rsidRPr="00333BB1">
        <w:rPr>
          <w:rFonts w:ascii="Corbel Light" w:hAnsi="Corbel Light"/>
          <w:b/>
          <w:bCs/>
          <w:sz w:val="24"/>
          <w:szCs w:val="24"/>
          <w:lang w:val="pl-PL"/>
        </w:rPr>
        <w:t>„Świadczenie usługi mieszkaniowej z usługami aktywnej integracji dla osób w trudniejszej sytuacji na terenie Gminy Bielawa „ nr FERS.05.01-IZ.00-002/25</w:t>
      </w:r>
    </w:p>
    <w:p w14:paraId="163CE86A" w14:textId="5363CD66" w:rsidR="00333BB1" w:rsidRPr="00333BB1" w:rsidRDefault="00333BB1" w:rsidP="00333BB1">
      <w:pPr>
        <w:jc w:val="center"/>
        <w:rPr>
          <w:rFonts w:ascii="Corbel Light" w:hAnsi="Corbel Light"/>
          <w:sz w:val="24"/>
          <w:szCs w:val="24"/>
          <w:lang w:val="pl-PL"/>
        </w:rPr>
      </w:pPr>
      <w:r w:rsidRPr="00333BB1">
        <w:rPr>
          <w:rFonts w:ascii="Corbel Light" w:hAnsi="Corbel Light"/>
          <w:sz w:val="24"/>
          <w:szCs w:val="24"/>
          <w:lang w:val="pl-PL"/>
        </w:rPr>
        <w:t>projekt  współfinansowany przez Unię Europejską w ramach Programu Fundusze Europejskie dla Rozwoju Społecznego 2021–2027.</w:t>
      </w:r>
    </w:p>
    <w:p w14:paraId="3A5898C7" w14:textId="77777777" w:rsidR="00667EDE" w:rsidRPr="00667EDE" w:rsidRDefault="00667EDE" w:rsidP="00667EDE">
      <w:pPr>
        <w:rPr>
          <w:rFonts w:ascii="Corbel Light" w:hAnsi="Corbel Light"/>
          <w:sz w:val="24"/>
          <w:szCs w:val="24"/>
          <w:lang w:val="pl-PL"/>
        </w:rPr>
      </w:pPr>
      <w:r w:rsidRPr="00667EDE">
        <w:rPr>
          <w:rFonts w:ascii="Corbel Light" w:hAnsi="Corbel Light"/>
          <w:sz w:val="24"/>
          <w:szCs w:val="24"/>
          <w:lang w:val="pl-PL"/>
        </w:rPr>
        <w:t>ARTE Wielobranżowa Spółdzielnia Socjalna | ul. Nowobielawska 5, 58-260 Bielawa | Biuro: ul. Brzeżna 32 | NIP: 882 211 73 82 | E-mail: san@arte.bielawa.pl</w:t>
      </w:r>
    </w:p>
    <w:p w14:paraId="73E9CD93" w14:textId="77777777" w:rsidR="00667EDE" w:rsidRPr="00667EDE" w:rsidRDefault="00667EDE" w:rsidP="00667EDE">
      <w:pPr>
        <w:rPr>
          <w:rFonts w:ascii="Corbel Light" w:hAnsi="Corbel Light"/>
          <w:sz w:val="24"/>
          <w:szCs w:val="24"/>
          <w:lang w:val="pl-PL"/>
        </w:rPr>
      </w:pPr>
      <w:r w:rsidRPr="00667EDE">
        <w:rPr>
          <w:rFonts w:ascii="Corbel Light" w:hAnsi="Corbel Light"/>
          <w:sz w:val="24"/>
          <w:szCs w:val="24"/>
          <w:lang w:val="pl-PL"/>
        </w:rPr>
        <w:t xml:space="preserve"> </w:t>
      </w:r>
    </w:p>
    <w:p w14:paraId="6B8084F3" w14:textId="77777777" w:rsidR="00667EDE" w:rsidRPr="00667EDE" w:rsidRDefault="00667EDE" w:rsidP="00667EDE">
      <w:pPr>
        <w:rPr>
          <w:rFonts w:ascii="Corbel Light" w:hAnsi="Corbel Light"/>
          <w:sz w:val="24"/>
          <w:szCs w:val="24"/>
          <w:lang w:val="pl-PL"/>
        </w:rPr>
      </w:pPr>
      <w:r w:rsidRPr="00667EDE">
        <w:rPr>
          <w:rFonts w:ascii="Corbel Light" w:hAnsi="Corbel Light"/>
          <w:sz w:val="24"/>
          <w:szCs w:val="24"/>
          <w:lang w:val="pl-PL"/>
        </w:rPr>
        <w:t>Administratorem danych w zakresie realizacji Programu jest minister właściwy do spraw rozwoju regionalnego. Dane będą przetwarzane w celu realizacji FERS, m.in. monitorowania, sprawozdawczości, kontroli i ewaluacji, na podstawie przepisów prawa (art. 6 ust. 1 lit. c, art. 9 ust. 2 lit. g oraz art. 10 RODO).</w:t>
      </w:r>
    </w:p>
    <w:p w14:paraId="3C79448E" w14:textId="77777777" w:rsidR="00667EDE" w:rsidRPr="00667EDE" w:rsidRDefault="00667EDE" w:rsidP="00667EDE">
      <w:pPr>
        <w:rPr>
          <w:rFonts w:ascii="Corbel Light" w:hAnsi="Corbel Light"/>
          <w:sz w:val="24"/>
          <w:szCs w:val="24"/>
          <w:lang w:val="pl-PL"/>
        </w:rPr>
      </w:pPr>
      <w:r w:rsidRPr="00667EDE">
        <w:rPr>
          <w:rFonts w:ascii="Corbel Light" w:hAnsi="Corbel Light"/>
          <w:sz w:val="24"/>
          <w:szCs w:val="24"/>
          <w:lang w:val="pl-PL"/>
        </w:rPr>
        <w:t>Beneficjent: ARTE Wielobranżowa Spółdzielnia Socjalna przetwarza dane w celu realizacji projektu i obowiązków umownych. Podanie danych jest dobrowolne, lecz niezbędne do udziału w projekcie.</w:t>
      </w:r>
    </w:p>
    <w:p w14:paraId="1347D32E" w14:textId="77777777" w:rsidR="00667EDE" w:rsidRPr="00667EDE" w:rsidRDefault="00667EDE" w:rsidP="00667EDE">
      <w:pPr>
        <w:rPr>
          <w:rFonts w:ascii="Corbel Light" w:hAnsi="Corbel Light"/>
          <w:sz w:val="24"/>
          <w:szCs w:val="24"/>
          <w:lang w:val="pl-PL"/>
        </w:rPr>
      </w:pPr>
      <w:r w:rsidRPr="00667EDE">
        <w:rPr>
          <w:rFonts w:ascii="Corbel Light" w:hAnsi="Corbel Light"/>
          <w:sz w:val="24"/>
          <w:szCs w:val="24"/>
          <w:lang w:val="pl-PL"/>
        </w:rPr>
        <w:t>Przysługują prawa: dostępu, sprostowania, ograniczenia, usunięcia (w przypadkach przewidzianych prawem), przenoszenia danych, skargi do PUODO. Dane nie podlegają profilowaniu ani nie są przekazywane do państw trzecich.</w:t>
      </w:r>
    </w:p>
    <w:p w14:paraId="457D4C26" w14:textId="77777777" w:rsidR="00667EDE" w:rsidRPr="00667EDE" w:rsidRDefault="00667EDE" w:rsidP="00667EDE">
      <w:pPr>
        <w:rPr>
          <w:rFonts w:ascii="Corbel Light" w:hAnsi="Corbel Light"/>
          <w:sz w:val="24"/>
          <w:szCs w:val="24"/>
          <w:lang w:val="pl-PL"/>
        </w:rPr>
      </w:pPr>
      <w:r w:rsidRPr="00667EDE">
        <w:rPr>
          <w:rFonts w:ascii="Corbel Light" w:hAnsi="Corbel Light"/>
          <w:sz w:val="24"/>
          <w:szCs w:val="24"/>
          <w:lang w:val="pl-PL"/>
        </w:rPr>
        <w:t>Kontakt do IOD ministra: IOD@mfipr.gov.pl. Szczegółowa klauzula informacyjna dostępna w siedzibie beneficjenta oraz na stronie projektu.</w:t>
      </w:r>
    </w:p>
    <w:p w14:paraId="72DF2FBC" w14:textId="77777777" w:rsidR="00667EDE" w:rsidRPr="00667EDE" w:rsidRDefault="00667EDE" w:rsidP="00667EDE">
      <w:pPr>
        <w:rPr>
          <w:rFonts w:ascii="Corbel Light" w:hAnsi="Corbel Light"/>
          <w:sz w:val="24"/>
          <w:szCs w:val="24"/>
          <w:lang w:val="pl-PL"/>
        </w:rPr>
      </w:pPr>
      <w:r w:rsidRPr="00667EDE">
        <w:rPr>
          <w:rFonts w:ascii="Corbel Light" w:hAnsi="Corbel Light"/>
          <w:sz w:val="24"/>
          <w:szCs w:val="24"/>
          <w:lang w:val="pl-PL"/>
        </w:rPr>
        <w:t>Wyrażam zgodę na przetwarzanie moich danych osobowych w celu realizacji procesu rekrutacji i uczestnictwa w projekcie oraz potwierdzam zapoznanie się z klauzulą informacyjną.</w:t>
      </w:r>
    </w:p>
    <w:p w14:paraId="1A1F2AC5" w14:textId="358122D1" w:rsidR="00667EDE" w:rsidRPr="00667EDE" w:rsidRDefault="00667EDE" w:rsidP="00667EDE">
      <w:pPr>
        <w:rPr>
          <w:rFonts w:ascii="Corbel Light" w:hAnsi="Corbel Light"/>
          <w:sz w:val="24"/>
          <w:szCs w:val="24"/>
          <w:lang w:val="pl-PL"/>
        </w:rPr>
      </w:pPr>
      <w:r w:rsidRPr="000572A2">
        <w:rPr>
          <w:rFonts w:ascii="Corbel Light" w:hAnsi="Corbel Light"/>
          <w:b/>
          <w:bCs/>
          <w:sz w:val="24"/>
          <w:szCs w:val="24"/>
          <w:lang w:val="pl-PL"/>
        </w:rPr>
        <w:t>Imię i nazwisko</w:t>
      </w:r>
      <w:r w:rsidRPr="00667EDE">
        <w:rPr>
          <w:rFonts w:ascii="Corbel Light" w:hAnsi="Corbel Light"/>
          <w:sz w:val="24"/>
          <w:szCs w:val="24"/>
          <w:lang w:val="pl-PL"/>
        </w:rPr>
        <w:tab/>
        <w:t>................................................................................</w:t>
      </w:r>
    </w:p>
    <w:p w14:paraId="38B87F8A" w14:textId="3F6E9DDE" w:rsidR="00667EDE" w:rsidRPr="00667EDE" w:rsidRDefault="00667EDE" w:rsidP="00667EDE">
      <w:pPr>
        <w:rPr>
          <w:rFonts w:ascii="Corbel Light" w:hAnsi="Corbel Light"/>
          <w:sz w:val="24"/>
          <w:szCs w:val="24"/>
          <w:lang w:val="pl-PL"/>
        </w:rPr>
      </w:pPr>
      <w:r w:rsidRPr="000572A2">
        <w:rPr>
          <w:rFonts w:ascii="Corbel Light" w:hAnsi="Corbel Light"/>
          <w:b/>
          <w:bCs/>
          <w:sz w:val="24"/>
          <w:szCs w:val="24"/>
          <w:lang w:val="pl-PL"/>
        </w:rPr>
        <w:t>PESEL / data urodzenia</w:t>
      </w:r>
      <w:r w:rsidR="002C5033">
        <w:rPr>
          <w:rFonts w:ascii="Corbel Light" w:hAnsi="Corbel Light"/>
          <w:sz w:val="24"/>
          <w:szCs w:val="24"/>
          <w:lang w:val="pl-PL"/>
        </w:rPr>
        <w:t xml:space="preserve"> </w:t>
      </w:r>
      <w:r w:rsidRPr="00667EDE">
        <w:rPr>
          <w:rFonts w:ascii="Corbel Light" w:hAnsi="Corbel Light"/>
          <w:sz w:val="24"/>
          <w:szCs w:val="24"/>
          <w:lang w:val="pl-PL"/>
        </w:rPr>
        <w:t>................................................................................</w:t>
      </w:r>
    </w:p>
    <w:p w14:paraId="19019EE9" w14:textId="6C1FAEB6" w:rsidR="00667EDE" w:rsidRPr="00667EDE" w:rsidRDefault="00667EDE" w:rsidP="00667EDE">
      <w:pPr>
        <w:rPr>
          <w:rFonts w:ascii="Corbel Light" w:hAnsi="Corbel Light"/>
          <w:sz w:val="24"/>
          <w:szCs w:val="24"/>
          <w:lang w:val="pl-PL"/>
        </w:rPr>
      </w:pPr>
      <w:r w:rsidRPr="000572A2">
        <w:rPr>
          <w:rFonts w:ascii="Corbel Light" w:hAnsi="Corbel Light"/>
          <w:b/>
          <w:bCs/>
          <w:sz w:val="24"/>
          <w:szCs w:val="24"/>
          <w:lang w:val="pl-PL"/>
        </w:rPr>
        <w:t>Miejscowość i data</w:t>
      </w:r>
      <w:r w:rsidR="002C5033">
        <w:rPr>
          <w:rFonts w:ascii="Corbel Light" w:hAnsi="Corbel Light"/>
          <w:sz w:val="24"/>
          <w:szCs w:val="24"/>
          <w:lang w:val="pl-PL"/>
        </w:rPr>
        <w:t xml:space="preserve"> </w:t>
      </w:r>
      <w:r w:rsidRPr="00667EDE">
        <w:rPr>
          <w:rFonts w:ascii="Corbel Light" w:hAnsi="Corbel Light"/>
          <w:sz w:val="24"/>
          <w:szCs w:val="24"/>
          <w:lang w:val="pl-PL"/>
        </w:rPr>
        <w:t>................................................................................</w:t>
      </w:r>
    </w:p>
    <w:p w14:paraId="252395FD" w14:textId="59E834FA" w:rsidR="00BB4913" w:rsidRPr="00837DE1" w:rsidRDefault="00667EDE" w:rsidP="00837DE1">
      <w:pPr>
        <w:rPr>
          <w:rFonts w:ascii="Corbel Light" w:hAnsi="Corbel Light"/>
          <w:sz w:val="24"/>
          <w:szCs w:val="24"/>
          <w:lang w:val="pl-PL"/>
        </w:rPr>
      </w:pPr>
      <w:r w:rsidRPr="000572A2">
        <w:rPr>
          <w:rFonts w:ascii="Corbel Light" w:hAnsi="Corbel Light"/>
          <w:b/>
          <w:bCs/>
          <w:sz w:val="24"/>
          <w:szCs w:val="24"/>
          <w:lang w:val="pl-PL"/>
        </w:rPr>
        <w:t>Podpis</w:t>
      </w:r>
      <w:r w:rsidRPr="00667EDE">
        <w:rPr>
          <w:rFonts w:ascii="Corbel Light" w:hAnsi="Corbel Light"/>
          <w:sz w:val="24"/>
          <w:szCs w:val="24"/>
          <w:lang w:val="pl-PL"/>
        </w:rPr>
        <w:tab/>
        <w:t>................................................................................</w:t>
      </w:r>
    </w:p>
    <w:sectPr w:rsidR="00BB4913" w:rsidRPr="00837DE1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FA430" w14:textId="77777777" w:rsidR="00CF53A9" w:rsidRDefault="00CF53A9">
      <w:pPr>
        <w:spacing w:after="0" w:line="240" w:lineRule="auto"/>
      </w:pPr>
      <w:r>
        <w:separator/>
      </w:r>
    </w:p>
  </w:endnote>
  <w:endnote w:type="continuationSeparator" w:id="0">
    <w:p w14:paraId="452A2D16" w14:textId="77777777" w:rsidR="00CF53A9" w:rsidRDefault="00CF5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orbel Light">
    <w:panose1 w:val="020B03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3BD03" w14:textId="65FA68BA" w:rsidR="0043101D" w:rsidRPr="00816C23" w:rsidRDefault="003D01FF" w:rsidP="003D01FF">
    <w:pPr>
      <w:pStyle w:val="Stopka"/>
      <w:rPr>
        <w:lang w:val="pl-PL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265F058" wp14:editId="02D381D4">
          <wp:simplePos x="0" y="0"/>
          <wp:positionH relativeFrom="column">
            <wp:posOffset>5340350</wp:posOffset>
          </wp:positionH>
          <wp:positionV relativeFrom="paragraph">
            <wp:posOffset>10795</wp:posOffset>
          </wp:positionV>
          <wp:extent cx="774700" cy="384175"/>
          <wp:effectExtent l="0" t="0" r="6350" b="0"/>
          <wp:wrapNone/>
          <wp:docPr id="18426732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384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19A29277" wp14:editId="0DF4C297">
          <wp:simplePos x="0" y="0"/>
          <wp:positionH relativeFrom="column">
            <wp:posOffset>3524250</wp:posOffset>
          </wp:positionH>
          <wp:positionV relativeFrom="paragraph">
            <wp:posOffset>-113030</wp:posOffset>
          </wp:positionV>
          <wp:extent cx="1549400" cy="67373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te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49400" cy="673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67EDE" w:rsidRPr="00816C23">
      <w:rPr>
        <w:lang w:val="pl-PL"/>
      </w:rPr>
      <w:t>Dokument opracowany w ramach projektu współfinansowanego</w:t>
    </w:r>
    <w:r>
      <w:rPr>
        <w:lang w:val="pl-PL"/>
      </w:rPr>
      <w:br/>
    </w:r>
    <w:r w:rsidR="00667EDE" w:rsidRPr="00816C23">
      <w:rPr>
        <w:lang w:val="pl-PL"/>
      </w:rPr>
      <w:t>przez Unię Europejską w ramach Programu Fundusze Europejskie</w:t>
    </w:r>
    <w:r>
      <w:rPr>
        <w:lang w:val="pl-PL"/>
      </w:rPr>
      <w:br/>
    </w:r>
    <w:r w:rsidR="00667EDE" w:rsidRPr="00816C23">
      <w:rPr>
        <w:lang w:val="pl-PL"/>
      </w:rPr>
      <w:t>dla Rozwoju Społecznego 2021–2027.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92EB8" w14:textId="77777777" w:rsidR="00CF53A9" w:rsidRDefault="00CF53A9">
      <w:pPr>
        <w:spacing w:after="0" w:line="240" w:lineRule="auto"/>
      </w:pPr>
      <w:bookmarkStart w:id="0" w:name="_Hlk214018415"/>
      <w:bookmarkEnd w:id="0"/>
      <w:r>
        <w:separator/>
      </w:r>
    </w:p>
  </w:footnote>
  <w:footnote w:type="continuationSeparator" w:id="0">
    <w:p w14:paraId="3FDB0C0B" w14:textId="77777777" w:rsidR="00CF53A9" w:rsidRDefault="00CF53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69689" w14:textId="48FD958D" w:rsidR="0043101D" w:rsidRDefault="003D01FF" w:rsidP="00837DE1">
    <w:pPr>
      <w:pStyle w:val="Nagwek"/>
      <w:ind w:left="-851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EDA44DD" wp14:editId="0C5DC41C">
          <wp:simplePos x="0" y="0"/>
          <wp:positionH relativeFrom="column">
            <wp:posOffset>-336550</wp:posOffset>
          </wp:positionH>
          <wp:positionV relativeFrom="paragraph">
            <wp:posOffset>-247650</wp:posOffset>
          </wp:positionV>
          <wp:extent cx="6120632" cy="844550"/>
          <wp:effectExtent l="0" t="0" r="0" b="0"/>
          <wp:wrapNone/>
          <wp:docPr id="1" name="Picture 1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Obraz zawierający tekst, Czcionka, zrzut ekranu&#10;&#10;Zawartość wygenerowana przez AI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632" cy="844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0490" w:type="dxa"/>
      <w:tblInd w:w="-709" w:type="dxa"/>
      <w:tblLook w:val="04A0" w:firstRow="1" w:lastRow="0" w:firstColumn="1" w:lastColumn="0" w:noHBand="0" w:noVBand="1"/>
    </w:tblPr>
    <w:tblGrid>
      <w:gridCol w:w="5916"/>
      <w:gridCol w:w="4574"/>
    </w:tblGrid>
    <w:tr w:rsidR="001C27A3" w14:paraId="47BF76A1" w14:textId="77777777" w:rsidTr="00837DE1">
      <w:tc>
        <w:tcPr>
          <w:tcW w:w="5916" w:type="dxa"/>
        </w:tcPr>
        <w:p w14:paraId="41C9CEFA" w14:textId="74C51D2F" w:rsidR="0043101D" w:rsidRDefault="0043101D" w:rsidP="00837DE1">
          <w:pPr>
            <w:ind w:left="-961" w:firstLine="961"/>
          </w:pPr>
        </w:p>
      </w:tc>
      <w:tc>
        <w:tcPr>
          <w:tcW w:w="4574" w:type="dxa"/>
        </w:tcPr>
        <w:p w14:paraId="7616120D" w14:textId="4AF2BC57" w:rsidR="0043101D" w:rsidRDefault="0043101D">
          <w:pPr>
            <w:jc w:val="right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63252367">
    <w:abstractNumId w:val="8"/>
  </w:num>
  <w:num w:numId="2" w16cid:durableId="2076127528">
    <w:abstractNumId w:val="6"/>
  </w:num>
  <w:num w:numId="3" w16cid:durableId="2035574280">
    <w:abstractNumId w:val="5"/>
  </w:num>
  <w:num w:numId="4" w16cid:durableId="1976787437">
    <w:abstractNumId w:val="4"/>
  </w:num>
  <w:num w:numId="5" w16cid:durableId="459886645">
    <w:abstractNumId w:val="7"/>
  </w:num>
  <w:num w:numId="6" w16cid:durableId="46533291">
    <w:abstractNumId w:val="3"/>
  </w:num>
  <w:num w:numId="7" w16cid:durableId="1307736083">
    <w:abstractNumId w:val="2"/>
  </w:num>
  <w:num w:numId="8" w16cid:durableId="723214674">
    <w:abstractNumId w:val="1"/>
  </w:num>
  <w:num w:numId="9" w16cid:durableId="931818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72A2"/>
    <w:rsid w:val="0006063C"/>
    <w:rsid w:val="000C1079"/>
    <w:rsid w:val="0015074B"/>
    <w:rsid w:val="001B5526"/>
    <w:rsid w:val="001C27A3"/>
    <w:rsid w:val="00266695"/>
    <w:rsid w:val="0029639D"/>
    <w:rsid w:val="002C5033"/>
    <w:rsid w:val="002F0B76"/>
    <w:rsid w:val="00326F90"/>
    <w:rsid w:val="00333BB1"/>
    <w:rsid w:val="003A2915"/>
    <w:rsid w:val="003D01FF"/>
    <w:rsid w:val="0043101D"/>
    <w:rsid w:val="00433C1B"/>
    <w:rsid w:val="005C6E51"/>
    <w:rsid w:val="005F2C16"/>
    <w:rsid w:val="00667EDE"/>
    <w:rsid w:val="00816C23"/>
    <w:rsid w:val="0083514F"/>
    <w:rsid w:val="00837DE1"/>
    <w:rsid w:val="00860C13"/>
    <w:rsid w:val="00860E37"/>
    <w:rsid w:val="009A3262"/>
    <w:rsid w:val="00AA1D8D"/>
    <w:rsid w:val="00B47730"/>
    <w:rsid w:val="00BB4913"/>
    <w:rsid w:val="00C645F6"/>
    <w:rsid w:val="00CB0664"/>
    <w:rsid w:val="00CF53A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C380E4"/>
  <w14:defaultImageDpi w14:val="330"/>
  <w15:docId w15:val="{51CA4328-8C2C-4399-A6CE-6C65E1F7C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sz w:val="18"/>
    </w:r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273</Words>
  <Characters>1642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Anna Szymaniuk-Paryż</cp:lastModifiedBy>
  <cp:revision>6</cp:revision>
  <dcterms:created xsi:type="dcterms:W3CDTF">2025-11-14T12:53:00Z</dcterms:created>
  <dcterms:modified xsi:type="dcterms:W3CDTF">2025-12-02T12:56:00Z</dcterms:modified>
  <cp:category/>
</cp:coreProperties>
</file>