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4A9D2" w14:textId="77777777" w:rsid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</w:p>
    <w:p w14:paraId="6EB00918" w14:textId="77777777" w:rsidR="00EB5F59" w:rsidRPr="001E086B" w:rsidRDefault="004632D9" w:rsidP="004632D9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b/>
          <w:bCs/>
          <w:sz w:val="24"/>
          <w:szCs w:val="24"/>
          <w:lang w:val="pl-PL"/>
        </w:rPr>
        <w:t>Deklaracja uczestnictwa i korzystania ze wsparcia</w:t>
      </w:r>
    </w:p>
    <w:p w14:paraId="0A229FE5" w14:textId="168B079E" w:rsidR="004632D9" w:rsidRPr="001E086B" w:rsidRDefault="00EB5F59" w:rsidP="004632D9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 „Świadczenie usługi mieszkaniowej z usługami aktywnej integracji dla osób w trudniejszej sytuacji na terenie Gminy Bielawa „ nr FERS.05.01-IZ.00-002/25</w:t>
      </w:r>
    </w:p>
    <w:p w14:paraId="7A7E711B" w14:textId="2F78791B" w:rsidR="00EB5F59" w:rsidRPr="001E086B" w:rsidRDefault="00EB5F59" w:rsidP="004632D9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projekt  współfinansowany przez Unię Europejską w ramach Programu Fundusze Europejskie dla Rozwoju Społecznego 2021–2027.</w:t>
      </w:r>
    </w:p>
    <w:p w14:paraId="13CF9D4F" w14:textId="77777777" w:rsidR="004632D9" w:rsidRPr="001E086B" w:rsidRDefault="004632D9" w:rsidP="004632D9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6D5CBF7F" w14:textId="5C9E4AF9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ARTE Wielobranżowa Spółdzielnia Socjalna</w:t>
      </w:r>
      <w:r w:rsidR="00B41196" w:rsidRPr="001E086B">
        <w:rPr>
          <w:rFonts w:asciiTheme="majorHAnsi" w:hAnsiTheme="majorHAnsi" w:cstheme="majorHAnsi"/>
          <w:sz w:val="24"/>
          <w:szCs w:val="24"/>
          <w:lang w:val="pl-PL"/>
        </w:rPr>
        <w:t>,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  ul. Nowobielawska 5, 58-260 Bielawa</w:t>
      </w:r>
      <w:r w:rsidR="00B41196" w:rsidRPr="001E086B">
        <w:rPr>
          <w:rFonts w:asciiTheme="majorHAnsi" w:hAnsiTheme="majorHAnsi" w:cstheme="majorHAnsi"/>
          <w:sz w:val="24"/>
          <w:szCs w:val="24"/>
          <w:lang w:val="pl-PL"/>
        </w:rPr>
        <w:t>,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 Biuro: ul. Brzeżna 32</w:t>
      </w:r>
      <w:r w:rsidR="00B41196" w:rsidRPr="001E086B">
        <w:rPr>
          <w:rFonts w:asciiTheme="majorHAnsi" w:hAnsiTheme="majorHAnsi" w:cstheme="majorHAnsi"/>
          <w:sz w:val="24"/>
          <w:szCs w:val="24"/>
          <w:lang w:val="pl-PL"/>
        </w:rPr>
        <w:t>,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 NIP: 882 211 73 82</w:t>
      </w:r>
      <w:r w:rsidR="00B41196" w:rsidRPr="001E086B">
        <w:rPr>
          <w:rFonts w:asciiTheme="majorHAnsi" w:hAnsiTheme="majorHAnsi" w:cstheme="majorHAnsi"/>
          <w:sz w:val="24"/>
          <w:szCs w:val="24"/>
          <w:lang w:val="pl-PL"/>
        </w:rPr>
        <w:t>,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 E-mail: san@arte.bielawa.pl</w:t>
      </w:r>
    </w:p>
    <w:p w14:paraId="1A2B6AE4" w14:textId="77777777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</w:p>
    <w:p w14:paraId="0EB07B22" w14:textId="1E492CC3" w:rsidR="004632D9" w:rsidRPr="001E086B" w:rsidRDefault="004632D9" w:rsidP="004632D9">
      <w:pPr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b/>
          <w:bCs/>
          <w:sz w:val="24"/>
          <w:szCs w:val="24"/>
          <w:lang w:val="pl-PL"/>
        </w:rPr>
        <w:t>Deklaruję udział w projekcie oraz zobowiązuję się do:</w:t>
      </w:r>
      <w:r w:rsidR="001E086B" w:rsidRPr="001E086B">
        <w:t xml:space="preserve"> </w:t>
      </w:r>
    </w:p>
    <w:p w14:paraId="237073B6" w14:textId="77777777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• aktywnego uczestnictwa w zaplanowanych formach wsparcia; </w:t>
      </w:r>
    </w:p>
    <w:p w14:paraId="2C13D4FA" w14:textId="77777777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• potwierdzania obecności; </w:t>
      </w:r>
    </w:p>
    <w:p w14:paraId="0FDE35B8" w14:textId="77777777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• przekazywania danych niezbędnych do monitoringu i ewaluacji; </w:t>
      </w:r>
    </w:p>
    <w:p w14:paraId="5ABF7E7A" w14:textId="77777777" w:rsidR="004632D9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• przestrzegania zasad projektu.</w:t>
      </w:r>
    </w:p>
    <w:p w14:paraId="7846E7B7" w14:textId="77777777" w:rsidR="001E086B" w:rsidRPr="001E086B" w:rsidRDefault="001E086B" w:rsidP="001E086B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Uczestnictwo w projekcie rozpoczyna się z dniem podpisania niniejszej Deklaracji, po pozytywnej weryfikacji kwalifikowalności.</w:t>
      </w:r>
    </w:p>
    <w:p w14:paraId="40CADBC6" w14:textId="77777777" w:rsidR="001E086B" w:rsidRPr="001E086B" w:rsidRDefault="001E086B" w:rsidP="001E086B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Deklaracja stanowi element kompletnej dokumentacji rekrutacyjnej projektu.</w:t>
      </w:r>
    </w:p>
    <w:p w14:paraId="773053FC" w14:textId="77777777" w:rsidR="001E086B" w:rsidRDefault="001E086B" w:rsidP="004632D9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7F63F5B8" w14:textId="1AFD0187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Imię i nazwisko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ab/>
      </w:r>
      <w:r w:rsidR="00006EB4"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>................................................................................</w:t>
      </w:r>
    </w:p>
    <w:p w14:paraId="38D68729" w14:textId="397E653D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PESEL / data </w:t>
      </w:r>
      <w:r w:rsidR="00006EB4"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urodzenia 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>................................................................................</w:t>
      </w:r>
    </w:p>
    <w:p w14:paraId="190BF85A" w14:textId="44DED1CB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Miejscowość i data</w:t>
      </w:r>
      <w:r w:rsidR="00006EB4" w:rsidRPr="001E086B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>................................................................................</w:t>
      </w:r>
      <w:r w:rsidR="00006EB4" w:rsidRPr="001E086B">
        <w:rPr>
          <w:rFonts w:asciiTheme="majorHAnsi" w:hAnsiTheme="majorHAnsi" w:cstheme="majorHAnsi"/>
          <w:sz w:val="24"/>
          <w:szCs w:val="24"/>
          <w:lang w:val="pl-PL"/>
        </w:rPr>
        <w:t>.......</w:t>
      </w:r>
    </w:p>
    <w:p w14:paraId="7B4360F8" w14:textId="28AAAC85" w:rsidR="004632D9" w:rsidRPr="001E086B" w:rsidRDefault="004632D9" w:rsidP="004632D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1E086B">
        <w:rPr>
          <w:rFonts w:asciiTheme="majorHAnsi" w:hAnsiTheme="majorHAnsi" w:cstheme="majorHAnsi"/>
          <w:sz w:val="24"/>
          <w:szCs w:val="24"/>
          <w:lang w:val="pl-PL"/>
        </w:rPr>
        <w:t>Podpis</w:t>
      </w:r>
      <w:r w:rsidRPr="001E086B">
        <w:rPr>
          <w:rFonts w:asciiTheme="majorHAnsi" w:hAnsiTheme="majorHAnsi" w:cstheme="majorHAnsi"/>
          <w:sz w:val="24"/>
          <w:szCs w:val="24"/>
          <w:lang w:val="pl-PL"/>
        </w:rPr>
        <w:tab/>
        <w:t>......................</w:t>
      </w:r>
      <w:r w:rsidR="00006EB4" w:rsidRPr="001E086B">
        <w:rPr>
          <w:rFonts w:asciiTheme="majorHAnsi" w:hAnsiTheme="majorHAnsi" w:cstheme="majorHAnsi"/>
          <w:sz w:val="24"/>
          <w:szCs w:val="24"/>
          <w:lang w:val="pl-PL"/>
        </w:rPr>
        <w:t>.........................................</w:t>
      </w:r>
    </w:p>
    <w:p w14:paraId="252395FD" w14:textId="09294058" w:rsidR="00BB4913" w:rsidRPr="001E086B" w:rsidRDefault="00BB4913" w:rsidP="004632D9">
      <w:pPr>
        <w:rPr>
          <w:rFonts w:asciiTheme="majorHAnsi" w:hAnsiTheme="majorHAnsi" w:cstheme="majorHAnsi"/>
          <w:sz w:val="24"/>
          <w:szCs w:val="24"/>
          <w:lang w:val="pl-PL"/>
        </w:rPr>
      </w:pPr>
    </w:p>
    <w:sectPr w:rsidR="00BB4913" w:rsidRPr="001E086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A4D3" w14:textId="77777777" w:rsidR="00A84FB2" w:rsidRDefault="00A84FB2">
      <w:pPr>
        <w:spacing w:after="0" w:line="240" w:lineRule="auto"/>
      </w:pPr>
      <w:r>
        <w:separator/>
      </w:r>
    </w:p>
  </w:endnote>
  <w:endnote w:type="continuationSeparator" w:id="0">
    <w:p w14:paraId="56991AE2" w14:textId="77777777" w:rsidR="00A84FB2" w:rsidRDefault="00A8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BD03" w14:textId="17818E31" w:rsidR="0043101D" w:rsidRPr="00816C23" w:rsidRDefault="007B3E8B" w:rsidP="007B3E8B">
    <w:pPr>
      <w:pStyle w:val="Stopka"/>
      <w:rPr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65F058" wp14:editId="2E12874B">
          <wp:simplePos x="0" y="0"/>
          <wp:positionH relativeFrom="rightMargin">
            <wp:posOffset>-82550</wp:posOffset>
          </wp:positionH>
          <wp:positionV relativeFrom="paragraph">
            <wp:posOffset>35560</wp:posOffset>
          </wp:positionV>
          <wp:extent cx="774700" cy="384175"/>
          <wp:effectExtent l="0" t="0" r="6350" b="0"/>
          <wp:wrapTight wrapText="bothSides">
            <wp:wrapPolygon edited="0">
              <wp:start x="12748" y="0"/>
              <wp:lineTo x="0" y="14995"/>
              <wp:lineTo x="0" y="18208"/>
              <wp:lineTo x="10092" y="20350"/>
              <wp:lineTo x="15403" y="20350"/>
              <wp:lineTo x="21246" y="16066"/>
              <wp:lineTo x="21246" y="7498"/>
              <wp:lineTo x="16466" y="0"/>
              <wp:lineTo x="12748" y="0"/>
            </wp:wrapPolygon>
          </wp:wrapTight>
          <wp:docPr id="1842673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9A29277" wp14:editId="1D2DD7B4">
          <wp:simplePos x="0" y="0"/>
          <wp:positionH relativeFrom="column">
            <wp:posOffset>3644900</wp:posOffset>
          </wp:positionH>
          <wp:positionV relativeFrom="paragraph">
            <wp:posOffset>-74930</wp:posOffset>
          </wp:positionV>
          <wp:extent cx="1549400" cy="673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49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1196" w:rsidRPr="00816C23">
      <w:rPr>
        <w:lang w:val="pl-PL"/>
      </w:rPr>
      <w:t xml:space="preserve">Dokument opracowany w ramach projektu współfinansowanego </w:t>
    </w:r>
    <w:r>
      <w:rPr>
        <w:lang w:val="pl-PL"/>
      </w:rPr>
      <w:br/>
    </w:r>
    <w:r w:rsidR="00B41196" w:rsidRPr="00816C23">
      <w:rPr>
        <w:lang w:val="pl-PL"/>
      </w:rPr>
      <w:t xml:space="preserve">przez Unię Europejską w ramach Programu Fundusze Europejskie </w:t>
    </w:r>
    <w:r>
      <w:rPr>
        <w:lang w:val="pl-PL"/>
      </w:rPr>
      <w:br/>
    </w:r>
    <w:r w:rsidR="00B41196" w:rsidRPr="00816C23">
      <w:rPr>
        <w:lang w:val="pl-PL"/>
      </w:rPr>
      <w:t>dla Rozwoju Społecznego 2021–2027.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294E8" w14:textId="77777777" w:rsidR="00A84FB2" w:rsidRDefault="00A84FB2">
      <w:pPr>
        <w:spacing w:after="0" w:line="240" w:lineRule="auto"/>
      </w:pPr>
      <w:bookmarkStart w:id="0" w:name="_Hlk214018415"/>
      <w:bookmarkEnd w:id="0"/>
      <w:r>
        <w:separator/>
      </w:r>
    </w:p>
  </w:footnote>
  <w:footnote w:type="continuationSeparator" w:id="0">
    <w:p w14:paraId="7244F702" w14:textId="77777777" w:rsidR="00A84FB2" w:rsidRDefault="00A84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689" w14:textId="72C03AFC" w:rsidR="0043101D" w:rsidRDefault="008E3AB8" w:rsidP="00837DE1">
    <w:pPr>
      <w:pStyle w:val="Nagwek"/>
      <w:ind w:left="-851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DA44DD" wp14:editId="0715C163">
          <wp:simplePos x="0" y="0"/>
          <wp:positionH relativeFrom="column">
            <wp:posOffset>-260350</wp:posOffset>
          </wp:positionH>
          <wp:positionV relativeFrom="paragraph">
            <wp:posOffset>-374650</wp:posOffset>
          </wp:positionV>
          <wp:extent cx="6148044" cy="848334"/>
          <wp:effectExtent l="0" t="0" r="5715" b="9525"/>
          <wp:wrapNone/>
          <wp:docPr id="1" name="Picture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braz zawierający tekst, Czcionka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48044" cy="848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90" w:type="dxa"/>
      <w:tblInd w:w="-709" w:type="dxa"/>
      <w:tblLook w:val="04A0" w:firstRow="1" w:lastRow="0" w:firstColumn="1" w:lastColumn="0" w:noHBand="0" w:noVBand="1"/>
    </w:tblPr>
    <w:tblGrid>
      <w:gridCol w:w="5916"/>
      <w:gridCol w:w="4574"/>
    </w:tblGrid>
    <w:tr w:rsidR="001C27A3" w14:paraId="47BF76A1" w14:textId="77777777" w:rsidTr="00837DE1">
      <w:tc>
        <w:tcPr>
          <w:tcW w:w="5916" w:type="dxa"/>
        </w:tcPr>
        <w:p w14:paraId="41C9CEFA" w14:textId="41764EF7" w:rsidR="0043101D" w:rsidRDefault="0043101D" w:rsidP="00837DE1">
          <w:pPr>
            <w:ind w:left="-961" w:firstLine="961"/>
          </w:pPr>
        </w:p>
      </w:tc>
      <w:tc>
        <w:tcPr>
          <w:tcW w:w="4574" w:type="dxa"/>
        </w:tcPr>
        <w:p w14:paraId="7616120D" w14:textId="4F5F0386" w:rsidR="0043101D" w:rsidRDefault="0043101D">
          <w:pPr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252367">
    <w:abstractNumId w:val="8"/>
  </w:num>
  <w:num w:numId="2" w16cid:durableId="2076127528">
    <w:abstractNumId w:val="6"/>
  </w:num>
  <w:num w:numId="3" w16cid:durableId="2035574280">
    <w:abstractNumId w:val="5"/>
  </w:num>
  <w:num w:numId="4" w16cid:durableId="1976787437">
    <w:abstractNumId w:val="4"/>
  </w:num>
  <w:num w:numId="5" w16cid:durableId="459886645">
    <w:abstractNumId w:val="7"/>
  </w:num>
  <w:num w:numId="6" w16cid:durableId="46533291">
    <w:abstractNumId w:val="3"/>
  </w:num>
  <w:num w:numId="7" w16cid:durableId="1307736083">
    <w:abstractNumId w:val="2"/>
  </w:num>
  <w:num w:numId="8" w16cid:durableId="723214674">
    <w:abstractNumId w:val="1"/>
  </w:num>
  <w:num w:numId="9" w16cid:durableId="93181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EB4"/>
    <w:rsid w:val="00030B7E"/>
    <w:rsid w:val="00034616"/>
    <w:rsid w:val="0006063C"/>
    <w:rsid w:val="000C1079"/>
    <w:rsid w:val="000E7615"/>
    <w:rsid w:val="0015074B"/>
    <w:rsid w:val="00171DED"/>
    <w:rsid w:val="001B5526"/>
    <w:rsid w:val="001C27A3"/>
    <w:rsid w:val="001E086B"/>
    <w:rsid w:val="00266695"/>
    <w:rsid w:val="0029639D"/>
    <w:rsid w:val="00326F90"/>
    <w:rsid w:val="003A2915"/>
    <w:rsid w:val="003C5D5A"/>
    <w:rsid w:val="0043101D"/>
    <w:rsid w:val="00433C1B"/>
    <w:rsid w:val="00455F2A"/>
    <w:rsid w:val="004632D9"/>
    <w:rsid w:val="00667EDE"/>
    <w:rsid w:val="007B3E8B"/>
    <w:rsid w:val="007C2203"/>
    <w:rsid w:val="00816C23"/>
    <w:rsid w:val="00822C13"/>
    <w:rsid w:val="0083514F"/>
    <w:rsid w:val="00837DE1"/>
    <w:rsid w:val="00860C13"/>
    <w:rsid w:val="008E3AB8"/>
    <w:rsid w:val="008F6D89"/>
    <w:rsid w:val="009A3262"/>
    <w:rsid w:val="00A84FB2"/>
    <w:rsid w:val="00AA1D8D"/>
    <w:rsid w:val="00B41196"/>
    <w:rsid w:val="00B47730"/>
    <w:rsid w:val="00BB4913"/>
    <w:rsid w:val="00C645F6"/>
    <w:rsid w:val="00CB0664"/>
    <w:rsid w:val="00CB64ED"/>
    <w:rsid w:val="00CF1E65"/>
    <w:rsid w:val="00EB5F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380E4"/>
  <w14:defaultImageDpi w14:val="330"/>
  <w15:docId w15:val="{51CA4328-8C2C-4399-A6CE-6C65E1F7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Dorota Pilecka</cp:lastModifiedBy>
  <cp:revision>3</cp:revision>
  <dcterms:created xsi:type="dcterms:W3CDTF">2026-02-20T08:15:00Z</dcterms:created>
  <dcterms:modified xsi:type="dcterms:W3CDTF">2026-02-20T10:32:00Z</dcterms:modified>
  <cp:category/>
</cp:coreProperties>
</file>