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45A7" w14:textId="77777777" w:rsidR="00837DE1" w:rsidRPr="00000D9C" w:rsidRDefault="00837DE1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44D47A7A" w14:textId="77777777" w:rsidR="00000D9C" w:rsidRPr="00D4382B" w:rsidRDefault="00000D9C" w:rsidP="00000D9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D4382B">
        <w:rPr>
          <w:rFonts w:asciiTheme="majorHAnsi" w:hAnsiTheme="majorHAnsi" w:cstheme="majorHAnsi"/>
          <w:b/>
          <w:bCs/>
          <w:sz w:val="24"/>
          <w:szCs w:val="24"/>
          <w:lang w:val="pl-PL"/>
        </w:rPr>
        <w:t>FORMULARZ ZGŁOSZENIOWY UCZESTNIKA PROJEKTU</w:t>
      </w:r>
    </w:p>
    <w:p w14:paraId="266B83F9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„Świadczenie usługi mieszkaniowej z usługami aktywnej integracji dla osób w trudniejszej sytuacji na terenie Gminy Bielawa”</w:t>
      </w:r>
      <w:r w:rsidRPr="00000D9C">
        <w:rPr>
          <w:rFonts w:asciiTheme="majorHAnsi" w:hAnsiTheme="majorHAnsi" w:cstheme="majorHAnsi"/>
          <w:lang w:val="pl-PL"/>
        </w:rPr>
        <w:br/>
        <w:t>nr FERS.05.01-IZ.00-002/25</w:t>
      </w:r>
    </w:p>
    <w:p w14:paraId="05B29F48" w14:textId="77777777" w:rsidR="00000D9C" w:rsidRPr="00000D9C" w:rsidRDefault="00000D9C" w:rsidP="00000D9C">
      <w:pPr>
        <w:jc w:val="center"/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Projekt współfinansowany przez Unię Europejską w ramach Programu</w:t>
      </w:r>
      <w:r w:rsidRPr="00000D9C">
        <w:rPr>
          <w:rFonts w:asciiTheme="majorHAnsi" w:hAnsiTheme="majorHAnsi" w:cstheme="majorHAnsi"/>
          <w:b/>
          <w:bCs/>
          <w:lang w:val="pl-PL"/>
        </w:rPr>
        <w:br/>
        <w:t>Fundusze Europejskie dla Rozwoju Społecznego 2021–2027</w:t>
      </w:r>
    </w:p>
    <w:p w14:paraId="30954CFF" w14:textId="2F358805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ARTE Wielobranżowa Spółdzielnia Socjalna</w:t>
      </w:r>
      <w:r>
        <w:rPr>
          <w:rFonts w:asciiTheme="majorHAnsi" w:hAnsiTheme="majorHAnsi" w:cstheme="majorHAnsi"/>
          <w:lang w:val="pl-PL"/>
        </w:rPr>
        <w:t xml:space="preserve"> </w:t>
      </w:r>
      <w:r w:rsidRPr="00000D9C">
        <w:rPr>
          <w:rFonts w:asciiTheme="majorHAnsi" w:hAnsiTheme="majorHAnsi" w:cstheme="majorHAnsi"/>
          <w:lang w:val="pl-PL"/>
        </w:rPr>
        <w:t>ul. Nowobielawska 5, 58-260 Bielawa</w:t>
      </w:r>
      <w:r w:rsidRPr="00000D9C">
        <w:rPr>
          <w:rFonts w:asciiTheme="majorHAnsi" w:hAnsiTheme="majorHAnsi" w:cstheme="majorHAnsi"/>
          <w:lang w:val="pl-PL"/>
        </w:rPr>
        <w:br/>
        <w:t>Biuro: ul. Brzeżna 32</w:t>
      </w:r>
      <w:r>
        <w:rPr>
          <w:rFonts w:asciiTheme="majorHAnsi" w:hAnsiTheme="majorHAnsi" w:cstheme="majorHAnsi"/>
          <w:lang w:val="pl-PL"/>
        </w:rPr>
        <w:t xml:space="preserve">, </w:t>
      </w:r>
      <w:r w:rsidRPr="00000D9C">
        <w:rPr>
          <w:rFonts w:asciiTheme="majorHAnsi" w:hAnsiTheme="majorHAnsi" w:cstheme="majorHAnsi"/>
          <w:lang w:val="pl-PL"/>
        </w:rPr>
        <w:t>NIP: 882 211 73 82</w:t>
      </w:r>
      <w:r>
        <w:rPr>
          <w:rFonts w:asciiTheme="majorHAnsi" w:hAnsiTheme="majorHAnsi" w:cstheme="majorHAnsi"/>
          <w:lang w:val="pl-PL"/>
        </w:rPr>
        <w:t xml:space="preserve">, </w:t>
      </w:r>
      <w:r w:rsidRPr="00000D9C">
        <w:rPr>
          <w:rFonts w:asciiTheme="majorHAnsi" w:hAnsiTheme="majorHAnsi" w:cstheme="majorHAnsi"/>
          <w:lang w:val="pl-PL"/>
        </w:rPr>
        <w:t>E-mail: san@arte.bielawa.pl</w:t>
      </w:r>
    </w:p>
    <w:p w14:paraId="6AB7A32F" w14:textId="77777777" w:rsidR="00000D9C" w:rsidRPr="00000D9C" w:rsidRDefault="00000000" w:rsidP="00000D9C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pict w14:anchorId="60DC38AE">
          <v:rect id="_x0000_i1025" style="width:0;height:1.5pt" o:hrstd="t" o:hr="t" fillcolor="#a0a0a0" stroked="f"/>
        </w:pict>
      </w:r>
    </w:p>
    <w:p w14:paraId="21FC2608" w14:textId="77777777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I. DANE OSOBOWE I KONTAKTOWE</w:t>
      </w:r>
    </w:p>
    <w:p w14:paraId="614BC038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Imię (imiona) i nazwisko: .................................................................</w:t>
      </w:r>
    </w:p>
    <w:p w14:paraId="321A10D7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PESEL / data urodzenia (w przypadku braku PESEL): .........................................</w:t>
      </w:r>
    </w:p>
    <w:p w14:paraId="2D04E28C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Obywatelstwo: .................................................................</w:t>
      </w:r>
    </w:p>
    <w:p w14:paraId="2F73D18D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 xml:space="preserve">Płeć: </w:t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kobieta </w:t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m</w:t>
      </w:r>
      <w:r w:rsidRPr="00000D9C">
        <w:rPr>
          <w:rFonts w:ascii="Calibri" w:hAnsi="Calibri" w:cs="Calibri"/>
          <w:lang w:val="pl-PL"/>
        </w:rPr>
        <w:t>ęż</w:t>
      </w:r>
      <w:r w:rsidRPr="00000D9C">
        <w:rPr>
          <w:rFonts w:asciiTheme="majorHAnsi" w:hAnsiTheme="majorHAnsi" w:cstheme="majorHAnsi"/>
          <w:lang w:val="pl-PL"/>
        </w:rPr>
        <w:t xml:space="preserve">czyzna </w:t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inna</w:t>
      </w:r>
    </w:p>
    <w:p w14:paraId="093AED03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Telefon kontaktowy: .................................................................</w:t>
      </w:r>
    </w:p>
    <w:p w14:paraId="34A336F3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Adres e-mail: .................................................................</w:t>
      </w:r>
    </w:p>
    <w:p w14:paraId="747FDE38" w14:textId="77777777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Adres zamieszkania:</w:t>
      </w:r>
    </w:p>
    <w:p w14:paraId="687CF14B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Kraj: ................................................</w:t>
      </w:r>
      <w:r w:rsidRPr="00000D9C">
        <w:rPr>
          <w:rFonts w:asciiTheme="majorHAnsi" w:hAnsiTheme="majorHAnsi" w:cstheme="majorHAnsi"/>
          <w:lang w:val="pl-PL"/>
        </w:rPr>
        <w:br/>
        <w:t>Województwo: ................................................</w:t>
      </w:r>
      <w:r w:rsidRPr="00000D9C">
        <w:rPr>
          <w:rFonts w:asciiTheme="majorHAnsi" w:hAnsiTheme="majorHAnsi" w:cstheme="majorHAnsi"/>
          <w:lang w:val="pl-PL"/>
        </w:rPr>
        <w:br/>
        <w:t>Powiat: ................................................</w:t>
      </w:r>
      <w:r w:rsidRPr="00000D9C">
        <w:rPr>
          <w:rFonts w:asciiTheme="majorHAnsi" w:hAnsiTheme="majorHAnsi" w:cstheme="majorHAnsi"/>
          <w:lang w:val="pl-PL"/>
        </w:rPr>
        <w:br/>
        <w:t>Gmina: ................................................</w:t>
      </w:r>
      <w:r w:rsidRPr="00000D9C">
        <w:rPr>
          <w:rFonts w:asciiTheme="majorHAnsi" w:hAnsiTheme="majorHAnsi" w:cstheme="majorHAnsi"/>
          <w:lang w:val="pl-PL"/>
        </w:rPr>
        <w:br/>
        <w:t>Miejscowość: ................................................</w:t>
      </w:r>
      <w:r w:rsidRPr="00000D9C">
        <w:rPr>
          <w:rFonts w:asciiTheme="majorHAnsi" w:hAnsiTheme="majorHAnsi" w:cstheme="majorHAnsi"/>
          <w:lang w:val="pl-PL"/>
        </w:rPr>
        <w:br/>
        <w:t>Kod pocztowy: ................................................</w:t>
      </w:r>
    </w:p>
    <w:p w14:paraId="1C41BA44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Obszar zamieszkania (DEGURBA):</w:t>
      </w:r>
      <w:r w:rsidRPr="00000D9C">
        <w:rPr>
          <w:rFonts w:asciiTheme="majorHAnsi" w:hAnsiTheme="majorHAnsi" w:cstheme="majorHAnsi"/>
          <w:b/>
          <w:bCs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obszar miejski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obszar wiejski</w:t>
      </w:r>
    </w:p>
    <w:p w14:paraId="20938B63" w14:textId="77777777" w:rsidR="00000D9C" w:rsidRPr="00000D9C" w:rsidRDefault="00000000" w:rsidP="00000D9C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pict w14:anchorId="7B775F59">
          <v:rect id="_x0000_i1026" style="width:0;height:1.5pt" o:hrstd="t" o:hr="t" fillcolor="#a0a0a0" stroked="f"/>
        </w:pict>
      </w:r>
    </w:p>
    <w:p w14:paraId="24C86E0E" w14:textId="77777777" w:rsidR="00D4382B" w:rsidRDefault="00D4382B" w:rsidP="00000D9C">
      <w:pPr>
        <w:rPr>
          <w:rFonts w:asciiTheme="majorHAnsi" w:hAnsiTheme="majorHAnsi" w:cstheme="majorHAnsi"/>
          <w:b/>
          <w:bCs/>
          <w:lang w:val="pl-PL"/>
        </w:rPr>
      </w:pPr>
    </w:p>
    <w:p w14:paraId="57570FC8" w14:textId="2D54AEF3" w:rsidR="00000D9C" w:rsidRPr="00D4382B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D4382B">
        <w:rPr>
          <w:rFonts w:asciiTheme="majorHAnsi" w:hAnsiTheme="majorHAnsi" w:cstheme="majorHAnsi"/>
          <w:b/>
          <w:bCs/>
          <w:lang w:val="pl-PL"/>
        </w:rPr>
        <w:lastRenderedPageBreak/>
        <w:t>II. WYKSZTAŁCENIE / STATUS NA RYNKU PRACY</w:t>
      </w:r>
    </w:p>
    <w:p w14:paraId="42055C0D" w14:textId="77777777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Wykształcenie:</w:t>
      </w:r>
    </w:p>
    <w:p w14:paraId="62A923E1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ISCED 0–2 (edukacja podstawowa i niższa średnia)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ISCED 3 (szko</w:t>
      </w:r>
      <w:r w:rsidRPr="00000D9C">
        <w:rPr>
          <w:rFonts w:ascii="Calibri" w:hAnsi="Calibri" w:cs="Calibri"/>
          <w:lang w:val="pl-PL"/>
        </w:rPr>
        <w:t>ł</w:t>
      </w:r>
      <w:r w:rsidRPr="00000D9C">
        <w:rPr>
          <w:rFonts w:asciiTheme="majorHAnsi" w:hAnsiTheme="majorHAnsi" w:cstheme="majorHAnsi"/>
          <w:lang w:val="pl-PL"/>
        </w:rPr>
        <w:t xml:space="preserve">a </w:t>
      </w:r>
      <w:r w:rsidRPr="00000D9C">
        <w:rPr>
          <w:rFonts w:ascii="Calibri" w:hAnsi="Calibri" w:cs="Calibri"/>
          <w:lang w:val="pl-PL"/>
        </w:rPr>
        <w:t>ś</w:t>
      </w:r>
      <w:r w:rsidRPr="00000D9C">
        <w:rPr>
          <w:rFonts w:asciiTheme="majorHAnsi" w:hAnsiTheme="majorHAnsi" w:cstheme="majorHAnsi"/>
          <w:lang w:val="pl-PL"/>
        </w:rPr>
        <w:t>rednia)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ISCED 4 (poziom pomaturalny / policealny)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ISCED 5</w:t>
      </w:r>
      <w:r w:rsidRPr="00000D9C">
        <w:rPr>
          <w:rFonts w:ascii="Calibri" w:hAnsi="Calibri" w:cs="Calibri"/>
          <w:lang w:val="pl-PL"/>
        </w:rPr>
        <w:t>–</w:t>
      </w:r>
      <w:r w:rsidRPr="00000D9C">
        <w:rPr>
          <w:rFonts w:asciiTheme="majorHAnsi" w:hAnsiTheme="majorHAnsi" w:cstheme="majorHAnsi"/>
          <w:lang w:val="pl-PL"/>
        </w:rPr>
        <w:t>8 (szkolnictwo wy</w:t>
      </w:r>
      <w:r w:rsidRPr="00000D9C">
        <w:rPr>
          <w:rFonts w:ascii="Calibri" w:hAnsi="Calibri" w:cs="Calibri"/>
          <w:lang w:val="pl-PL"/>
        </w:rPr>
        <w:t>ż</w:t>
      </w:r>
      <w:r w:rsidRPr="00000D9C">
        <w:rPr>
          <w:rFonts w:asciiTheme="majorHAnsi" w:hAnsiTheme="majorHAnsi" w:cstheme="majorHAnsi"/>
          <w:lang w:val="pl-PL"/>
        </w:rPr>
        <w:t>sze)</w:t>
      </w:r>
    </w:p>
    <w:p w14:paraId="0DD261AF" w14:textId="77777777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Status na rynku pracy:</w:t>
      </w:r>
    </w:p>
    <w:p w14:paraId="5AFA1C1D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bezrobotny/a zarejestrowany/a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bezrobotny/a niezarejestrowany/a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d</w:t>
      </w:r>
      <w:r w:rsidRPr="00000D9C">
        <w:rPr>
          <w:rFonts w:ascii="Calibri" w:hAnsi="Calibri" w:cs="Calibri"/>
          <w:lang w:val="pl-PL"/>
        </w:rPr>
        <w:t>ł</w:t>
      </w:r>
      <w:r w:rsidRPr="00000D9C">
        <w:rPr>
          <w:rFonts w:asciiTheme="majorHAnsi" w:hAnsiTheme="majorHAnsi" w:cstheme="majorHAnsi"/>
          <w:lang w:val="pl-PL"/>
        </w:rPr>
        <w:t>ugotrwale bezrobotny/a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pracuj</w:t>
      </w:r>
      <w:r w:rsidRPr="00000D9C">
        <w:rPr>
          <w:rFonts w:ascii="Calibri" w:hAnsi="Calibri" w:cs="Calibri"/>
          <w:lang w:val="pl-PL"/>
        </w:rPr>
        <w:t>ą</w:t>
      </w:r>
      <w:r w:rsidRPr="00000D9C">
        <w:rPr>
          <w:rFonts w:asciiTheme="majorHAnsi" w:hAnsiTheme="majorHAnsi" w:cstheme="majorHAnsi"/>
          <w:lang w:val="pl-PL"/>
        </w:rPr>
        <w:t>cy/a (w tym samozatrudnienie)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bierny/a zawodowo</w:t>
      </w:r>
    </w:p>
    <w:p w14:paraId="48155E73" w14:textId="77777777" w:rsidR="00000D9C" w:rsidRPr="00000D9C" w:rsidRDefault="00000000" w:rsidP="00000D9C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pict w14:anchorId="2D91C801">
          <v:rect id="_x0000_i1027" style="width:0;height:1.5pt" o:hrstd="t" o:hr="t" fillcolor="#a0a0a0" stroked="f"/>
        </w:pict>
      </w:r>
    </w:p>
    <w:p w14:paraId="6E7F6AA5" w14:textId="77777777" w:rsidR="00C93375" w:rsidRPr="00C93375" w:rsidRDefault="00C93375" w:rsidP="00C93375">
      <w:pPr>
        <w:rPr>
          <w:rFonts w:asciiTheme="majorHAnsi" w:hAnsiTheme="majorHAnsi" w:cstheme="majorHAnsi"/>
          <w:b/>
          <w:bCs/>
          <w:lang w:val="pl-PL"/>
        </w:rPr>
      </w:pPr>
      <w:r w:rsidRPr="00C93375">
        <w:rPr>
          <w:rFonts w:asciiTheme="majorHAnsi" w:hAnsiTheme="majorHAnsi" w:cstheme="majorHAnsi"/>
          <w:b/>
          <w:bCs/>
          <w:lang w:val="pl-PL"/>
        </w:rPr>
        <w:t>III. Kwalifikowalność do projektu</w:t>
      </w:r>
    </w:p>
    <w:p w14:paraId="292B2EF5" w14:textId="77777777" w:rsidR="00C93375" w:rsidRPr="00C93375" w:rsidRDefault="00C93375" w:rsidP="00C93375">
      <w:pPr>
        <w:rPr>
          <w:rFonts w:asciiTheme="majorHAnsi" w:hAnsiTheme="majorHAnsi" w:cstheme="majorHAnsi"/>
          <w:lang w:val="pl-PL"/>
        </w:rPr>
      </w:pPr>
      <w:r w:rsidRPr="00C93375">
        <w:rPr>
          <w:rFonts w:asciiTheme="majorHAnsi" w:hAnsiTheme="majorHAnsi" w:cstheme="majorHAnsi"/>
          <w:lang w:val="pl-PL"/>
        </w:rPr>
        <w:t>Oświadczam, że złożyłem/</w:t>
      </w:r>
      <w:proofErr w:type="spellStart"/>
      <w:r w:rsidRPr="00C93375">
        <w:rPr>
          <w:rFonts w:asciiTheme="majorHAnsi" w:hAnsiTheme="majorHAnsi" w:cstheme="majorHAnsi"/>
          <w:lang w:val="pl-PL"/>
        </w:rPr>
        <w:t>am</w:t>
      </w:r>
      <w:proofErr w:type="spellEnd"/>
      <w:r w:rsidRPr="00C93375">
        <w:rPr>
          <w:rFonts w:asciiTheme="majorHAnsi" w:hAnsiTheme="majorHAnsi" w:cstheme="majorHAnsi"/>
          <w:lang w:val="pl-PL"/>
        </w:rPr>
        <w:t xml:space="preserve"> odrębne „Oświadczenie o spełnianiu kryteriów kwalifikowalności”, stanowiące podstawę weryfikacji mojego udziału w projekcie.</w:t>
      </w:r>
    </w:p>
    <w:p w14:paraId="15659243" w14:textId="77777777" w:rsidR="00000D9C" w:rsidRPr="00000D9C" w:rsidRDefault="00000000" w:rsidP="00000D9C">
      <w:pPr>
        <w:rPr>
          <w:rFonts w:asciiTheme="majorHAnsi" w:hAnsiTheme="majorHAnsi" w:cstheme="majorHAnsi"/>
          <w:b/>
          <w:bCs/>
          <w:lang w:val="pl-PL"/>
        </w:rPr>
      </w:pPr>
      <w:r>
        <w:rPr>
          <w:rFonts w:asciiTheme="majorHAnsi" w:hAnsiTheme="majorHAnsi" w:cstheme="majorHAnsi"/>
          <w:b/>
          <w:bCs/>
          <w:lang w:val="pl-PL"/>
        </w:rPr>
        <w:pict w14:anchorId="4CB28CC7">
          <v:rect id="_x0000_i1028" style="width:0;height:1.5pt" o:hrstd="t" o:hr="t" fillcolor="#a0a0a0" stroked="f"/>
        </w:pict>
      </w:r>
    </w:p>
    <w:p w14:paraId="74A8CA6F" w14:textId="77777777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IV. DANE MONITORUJĄCE (DOBROWOLNE)</w:t>
      </w:r>
    </w:p>
    <w:p w14:paraId="0A6B0A13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mniejszość narodowa/etniczna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osoba o obcym pochodzeniu / migrant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osoba z niepe</w:t>
      </w:r>
      <w:r w:rsidRPr="00000D9C">
        <w:rPr>
          <w:rFonts w:ascii="Calibri" w:hAnsi="Calibri" w:cs="Calibri"/>
          <w:lang w:val="pl-PL"/>
        </w:rPr>
        <w:t>ł</w:t>
      </w:r>
      <w:r w:rsidRPr="00000D9C">
        <w:rPr>
          <w:rFonts w:asciiTheme="majorHAnsi" w:hAnsiTheme="majorHAnsi" w:cstheme="majorHAnsi"/>
          <w:lang w:val="pl-PL"/>
        </w:rPr>
        <w:t>nosprawno</w:t>
      </w:r>
      <w:r w:rsidRPr="00000D9C">
        <w:rPr>
          <w:rFonts w:ascii="Calibri" w:hAnsi="Calibri" w:cs="Calibri"/>
          <w:lang w:val="pl-PL"/>
        </w:rPr>
        <w:t>ś</w:t>
      </w:r>
      <w:r w:rsidRPr="00000D9C">
        <w:rPr>
          <w:rFonts w:asciiTheme="majorHAnsi" w:hAnsiTheme="majorHAnsi" w:cstheme="majorHAnsi"/>
          <w:lang w:val="pl-PL"/>
        </w:rPr>
        <w:t>ci</w:t>
      </w:r>
      <w:r w:rsidRPr="00000D9C">
        <w:rPr>
          <w:rFonts w:ascii="Calibri" w:hAnsi="Calibri" w:cs="Calibri"/>
          <w:lang w:val="pl-PL"/>
        </w:rPr>
        <w:t>ą</w:t>
      </w:r>
    </w:p>
    <w:p w14:paraId="476E3738" w14:textId="77777777" w:rsidR="00000D9C" w:rsidRPr="00000D9C" w:rsidRDefault="00000000" w:rsidP="00000D9C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pict w14:anchorId="78CF93E5">
          <v:rect id="_x0000_i1029" style="width:0;height:1.5pt" o:hrstd="t" o:hr="t" fillcolor="#a0a0a0" stroked="f"/>
        </w:pict>
      </w:r>
    </w:p>
    <w:p w14:paraId="6A4941A6" w14:textId="6ABA8C8B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V. ZAINTERESOWANIE FORMĄ WSPARCIA</w:t>
      </w:r>
    </w:p>
    <w:p w14:paraId="17686323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Jestem zainteresowany/a:</w:t>
      </w:r>
    </w:p>
    <w:p w14:paraId="1AAFE36C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usługą mieszkaniową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wsparciem aktywizacyjnym (sta</w:t>
      </w:r>
      <w:r w:rsidRPr="00000D9C">
        <w:rPr>
          <w:rFonts w:ascii="Calibri" w:hAnsi="Calibri" w:cs="Calibri"/>
          <w:lang w:val="pl-PL"/>
        </w:rPr>
        <w:t>ż</w:t>
      </w:r>
      <w:r w:rsidRPr="00000D9C">
        <w:rPr>
          <w:rFonts w:asciiTheme="majorHAnsi" w:hAnsiTheme="majorHAnsi" w:cstheme="majorHAnsi"/>
          <w:lang w:val="pl-PL"/>
        </w:rPr>
        <w:t>, szkolenia, doradztwo zawodowe)</w:t>
      </w:r>
      <w:r w:rsidRPr="00000D9C">
        <w:rPr>
          <w:rFonts w:asciiTheme="majorHAnsi" w:hAnsiTheme="majorHAnsi" w:cstheme="majorHAnsi"/>
          <w:lang w:val="pl-PL"/>
        </w:rPr>
        <w:br/>
      </w:r>
      <w:r w:rsidRPr="00000D9C">
        <w:rPr>
          <w:rFonts w:ascii="Segoe UI Symbol" w:hAnsi="Segoe UI Symbol" w:cs="Segoe UI Symbol"/>
          <w:lang w:val="pl-PL"/>
        </w:rPr>
        <w:t>☐</w:t>
      </w:r>
      <w:r w:rsidRPr="00000D9C">
        <w:rPr>
          <w:rFonts w:asciiTheme="majorHAnsi" w:hAnsiTheme="majorHAnsi" w:cstheme="majorHAnsi"/>
          <w:lang w:val="pl-PL"/>
        </w:rPr>
        <w:t xml:space="preserve"> wsparciem spo</w:t>
      </w:r>
      <w:r w:rsidRPr="00000D9C">
        <w:rPr>
          <w:rFonts w:ascii="Calibri" w:hAnsi="Calibri" w:cs="Calibri"/>
          <w:lang w:val="pl-PL"/>
        </w:rPr>
        <w:t>ł</w:t>
      </w:r>
      <w:r w:rsidRPr="00000D9C">
        <w:rPr>
          <w:rFonts w:asciiTheme="majorHAnsi" w:hAnsiTheme="majorHAnsi" w:cstheme="majorHAnsi"/>
          <w:lang w:val="pl-PL"/>
        </w:rPr>
        <w:t>ecznym (</w:t>
      </w:r>
      <w:proofErr w:type="spellStart"/>
      <w:r w:rsidRPr="00000D9C">
        <w:rPr>
          <w:rFonts w:asciiTheme="majorHAnsi" w:hAnsiTheme="majorHAnsi" w:cstheme="majorHAnsi"/>
          <w:lang w:val="pl-PL"/>
        </w:rPr>
        <w:t>coach</w:t>
      </w:r>
      <w:proofErr w:type="spellEnd"/>
      <w:r w:rsidRPr="00000D9C">
        <w:rPr>
          <w:rFonts w:asciiTheme="majorHAnsi" w:hAnsiTheme="majorHAnsi" w:cstheme="majorHAnsi"/>
          <w:lang w:val="pl-PL"/>
        </w:rPr>
        <w:t>, wsparcie specjalistyczne)</w:t>
      </w:r>
    </w:p>
    <w:p w14:paraId="68B4786E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W przypadku zainteresowania mieszkaniem – liczba osób w gospodarstwie domowym: .............</w:t>
      </w:r>
    </w:p>
    <w:p w14:paraId="6E7CF7C3" w14:textId="77777777" w:rsidR="00000D9C" w:rsidRPr="00000D9C" w:rsidRDefault="00000000" w:rsidP="00000D9C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pict w14:anchorId="4E699DB8">
          <v:rect id="_x0000_i1030" style="width:0;height:1.5pt" o:hrstd="t" o:hr="t" fillcolor="#a0a0a0" stroked="f"/>
        </w:pict>
      </w:r>
    </w:p>
    <w:p w14:paraId="4331E13C" w14:textId="77777777" w:rsidR="00C93375" w:rsidRDefault="00C93375" w:rsidP="00000D9C">
      <w:pPr>
        <w:rPr>
          <w:rFonts w:asciiTheme="majorHAnsi" w:hAnsiTheme="majorHAnsi" w:cstheme="majorHAnsi"/>
          <w:b/>
          <w:bCs/>
          <w:lang w:val="pl-PL"/>
        </w:rPr>
      </w:pPr>
    </w:p>
    <w:p w14:paraId="4B39F1F2" w14:textId="3678611A" w:rsidR="00000D9C" w:rsidRPr="00000D9C" w:rsidRDefault="00000D9C" w:rsidP="00000D9C">
      <w:pPr>
        <w:rPr>
          <w:rFonts w:asciiTheme="majorHAnsi" w:hAnsiTheme="majorHAnsi" w:cstheme="majorHAnsi"/>
          <w:b/>
          <w:bCs/>
          <w:lang w:val="pl-PL"/>
        </w:rPr>
      </w:pPr>
      <w:r w:rsidRPr="00000D9C">
        <w:rPr>
          <w:rFonts w:asciiTheme="majorHAnsi" w:hAnsiTheme="majorHAnsi" w:cstheme="majorHAnsi"/>
          <w:b/>
          <w:bCs/>
          <w:lang w:val="pl-PL"/>
        </w:rPr>
        <w:t>VI. OŚWIADCZENIA UCZESTNIKA</w:t>
      </w:r>
    </w:p>
    <w:p w14:paraId="09039F5E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Oświadczam, że:</w:t>
      </w:r>
    </w:p>
    <w:p w14:paraId="6B059371" w14:textId="77777777" w:rsidR="00000D9C" w:rsidRPr="00000D9C" w:rsidRDefault="00000D9C" w:rsidP="00000D9C">
      <w:pPr>
        <w:numPr>
          <w:ilvl w:val="0"/>
          <w:numId w:val="10"/>
        </w:num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Dane zawarte w formularzu są zgodne z prawdą.</w:t>
      </w:r>
    </w:p>
    <w:p w14:paraId="4FF63C07" w14:textId="77777777" w:rsidR="00000D9C" w:rsidRPr="00000D9C" w:rsidRDefault="00000D9C" w:rsidP="00000D9C">
      <w:pPr>
        <w:numPr>
          <w:ilvl w:val="0"/>
          <w:numId w:val="10"/>
        </w:num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Zostałem/</w:t>
      </w:r>
      <w:proofErr w:type="spellStart"/>
      <w:r w:rsidRPr="00000D9C">
        <w:rPr>
          <w:rFonts w:asciiTheme="majorHAnsi" w:hAnsiTheme="majorHAnsi" w:cstheme="majorHAnsi"/>
          <w:lang w:val="pl-PL"/>
        </w:rPr>
        <w:t>am</w:t>
      </w:r>
      <w:proofErr w:type="spellEnd"/>
      <w:r w:rsidRPr="00000D9C">
        <w:rPr>
          <w:rFonts w:asciiTheme="majorHAnsi" w:hAnsiTheme="majorHAnsi" w:cstheme="majorHAnsi"/>
          <w:lang w:val="pl-PL"/>
        </w:rPr>
        <w:t xml:space="preserve"> poinformowany/a o zasadach udziału w projekcie.</w:t>
      </w:r>
    </w:p>
    <w:p w14:paraId="3469BAA0" w14:textId="77777777" w:rsidR="00000D9C" w:rsidRPr="00000D9C" w:rsidRDefault="00000D9C" w:rsidP="00000D9C">
      <w:pPr>
        <w:numPr>
          <w:ilvl w:val="0"/>
          <w:numId w:val="10"/>
        </w:num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Złożyłem/</w:t>
      </w:r>
      <w:proofErr w:type="spellStart"/>
      <w:r w:rsidRPr="00000D9C">
        <w:rPr>
          <w:rFonts w:asciiTheme="majorHAnsi" w:hAnsiTheme="majorHAnsi" w:cstheme="majorHAnsi"/>
          <w:lang w:val="pl-PL"/>
        </w:rPr>
        <w:t>am</w:t>
      </w:r>
      <w:proofErr w:type="spellEnd"/>
      <w:r w:rsidRPr="00000D9C">
        <w:rPr>
          <w:rFonts w:asciiTheme="majorHAnsi" w:hAnsiTheme="majorHAnsi" w:cstheme="majorHAnsi"/>
          <w:lang w:val="pl-PL"/>
        </w:rPr>
        <w:t xml:space="preserve"> odrębne „Oświadczenie o spełnianiu kryteriów kwalifikowalności”.</w:t>
      </w:r>
    </w:p>
    <w:p w14:paraId="57295D0C" w14:textId="77777777" w:rsidR="00000D9C" w:rsidRPr="00000D9C" w:rsidRDefault="00000D9C" w:rsidP="00000D9C">
      <w:pPr>
        <w:numPr>
          <w:ilvl w:val="0"/>
          <w:numId w:val="10"/>
        </w:num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Jestem świadomy/a odpowiedzialności za składanie oświadczeń niezgodnych z prawdą.</w:t>
      </w:r>
    </w:p>
    <w:p w14:paraId="68E375CA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Miejscowość i data: .................................................................</w:t>
      </w:r>
    </w:p>
    <w:p w14:paraId="792ABDD1" w14:textId="77777777" w:rsidR="00000D9C" w:rsidRPr="00000D9C" w:rsidRDefault="00000D9C" w:rsidP="00000D9C">
      <w:pPr>
        <w:rPr>
          <w:rFonts w:asciiTheme="majorHAnsi" w:hAnsiTheme="majorHAnsi" w:cstheme="majorHAnsi"/>
          <w:lang w:val="pl-PL"/>
        </w:rPr>
      </w:pPr>
      <w:r w:rsidRPr="00000D9C">
        <w:rPr>
          <w:rFonts w:asciiTheme="majorHAnsi" w:hAnsiTheme="majorHAnsi" w:cstheme="majorHAnsi"/>
          <w:lang w:val="pl-PL"/>
        </w:rPr>
        <w:t>Czytelny podpis uczestnika: .................................................................</w:t>
      </w:r>
    </w:p>
    <w:p w14:paraId="5CE3F4F7" w14:textId="13A94C2E" w:rsidR="00837DE1" w:rsidRDefault="00837DE1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6379CE7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3F206A86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BD60A5E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1F156CE9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5C7BE51C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9B47E5F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3C200CCA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30B2BEA6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05F77D81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24FF3B6" w14:textId="77777777" w:rsidR="00D139CC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117DFC09" w14:textId="77777777" w:rsidR="00D4382B" w:rsidRDefault="00D4382B" w:rsidP="00D139C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48BAA0C8" w14:textId="77777777" w:rsidR="00D4382B" w:rsidRDefault="00D4382B" w:rsidP="00D139C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18287C4F" w14:textId="77777777" w:rsidR="00D4382B" w:rsidRDefault="00D4382B" w:rsidP="00D139C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7B2A5BD6" w14:textId="77777777" w:rsidR="00D4382B" w:rsidRDefault="00D4382B" w:rsidP="00D139C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0B4CE13B" w14:textId="77777777" w:rsidR="00D4382B" w:rsidRDefault="00D4382B" w:rsidP="00D139C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0D04BDAA" w14:textId="23122CC9" w:rsidR="00D139CC" w:rsidRPr="00D139CC" w:rsidRDefault="00D139CC" w:rsidP="00D139CC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b/>
          <w:bCs/>
          <w:sz w:val="24"/>
          <w:szCs w:val="24"/>
          <w:lang w:val="pl-PL"/>
        </w:rPr>
        <w:t>KARTA WERYFIKACJI KWALIFIKOWALNOŚCI (WYPEŁNIA BENEFICJENT)</w:t>
      </w:r>
    </w:p>
    <w:p w14:paraId="09ECD8B6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Imię i nazwisko uczestnika: .................................................................</w:t>
      </w:r>
    </w:p>
    <w:p w14:paraId="5E426933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Zweryfikowane kryterium dostępu:</w:t>
      </w:r>
    </w:p>
    <w:p w14:paraId="34CAB460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D139CC">
        <w:rPr>
          <w:rFonts w:asciiTheme="majorHAnsi" w:hAnsiTheme="majorHAnsi" w:cstheme="majorHAnsi"/>
          <w:sz w:val="24"/>
          <w:szCs w:val="24"/>
          <w:lang w:val="pl-PL"/>
        </w:rPr>
        <w:t xml:space="preserve"> TAK</w:t>
      </w:r>
      <w:r w:rsidRPr="00D139CC">
        <w:rPr>
          <w:rFonts w:asciiTheme="majorHAnsi" w:hAnsiTheme="majorHAnsi" w:cstheme="majorHAnsi"/>
          <w:sz w:val="24"/>
          <w:szCs w:val="24"/>
          <w:lang w:val="pl-PL"/>
        </w:rPr>
        <w:br/>
      </w:r>
      <w:r w:rsidRPr="00D139CC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D139CC">
        <w:rPr>
          <w:rFonts w:asciiTheme="majorHAnsi" w:hAnsiTheme="majorHAnsi" w:cstheme="majorHAnsi"/>
          <w:sz w:val="24"/>
          <w:szCs w:val="24"/>
          <w:lang w:val="pl-PL"/>
        </w:rPr>
        <w:t xml:space="preserve"> NIE</w:t>
      </w:r>
    </w:p>
    <w:p w14:paraId="5F76A176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Rodzaj dokumentu potwierdzającego: .........................................................</w:t>
      </w:r>
    </w:p>
    <w:p w14:paraId="651D1CDB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Instytucja wydająca: .........................................................</w:t>
      </w:r>
    </w:p>
    <w:p w14:paraId="28E8FA77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Data dokumentu: .........................................................</w:t>
      </w:r>
    </w:p>
    <w:p w14:paraId="0CDD7935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Nr dokumentu: .........................................................</w:t>
      </w:r>
    </w:p>
    <w:p w14:paraId="277F8ECB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Uwagi:</w:t>
      </w:r>
      <w:r w:rsidRPr="00D139CC">
        <w:rPr>
          <w:rFonts w:asciiTheme="majorHAnsi" w:hAnsiTheme="majorHAnsi" w:cstheme="majorHAnsi"/>
          <w:sz w:val="24"/>
          <w:szCs w:val="24"/>
          <w:lang w:val="pl-PL"/>
        </w:rPr>
        <w:br/>
        <w:t>................................................................................</w:t>
      </w:r>
      <w:r w:rsidRPr="00D139CC">
        <w:rPr>
          <w:rFonts w:asciiTheme="majorHAnsi" w:hAnsiTheme="majorHAnsi" w:cstheme="majorHAnsi"/>
          <w:sz w:val="24"/>
          <w:szCs w:val="24"/>
          <w:lang w:val="pl-PL"/>
        </w:rPr>
        <w:br/>
        <w:t>................................................................................</w:t>
      </w:r>
    </w:p>
    <w:p w14:paraId="154EE671" w14:textId="77777777" w:rsid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73D34D1F" w14:textId="77777777" w:rsid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395BF7C" w14:textId="0EEB4C1A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Data weryfikacji: .........................................................</w:t>
      </w:r>
    </w:p>
    <w:p w14:paraId="02DFEBAA" w14:textId="77777777" w:rsidR="00D139CC" w:rsidRPr="00D139CC" w:rsidRDefault="00D139CC" w:rsidP="00D139CC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D139CC">
        <w:rPr>
          <w:rFonts w:asciiTheme="majorHAnsi" w:hAnsiTheme="majorHAnsi" w:cstheme="majorHAnsi"/>
          <w:sz w:val="24"/>
          <w:szCs w:val="24"/>
          <w:lang w:val="pl-PL"/>
        </w:rPr>
        <w:t>Podpis osoby weryfikującej: .........................................................</w:t>
      </w:r>
    </w:p>
    <w:p w14:paraId="76C4518A" w14:textId="77777777" w:rsidR="00D139CC" w:rsidRPr="00A629B3" w:rsidRDefault="00D139CC" w:rsidP="00000D9C">
      <w:pPr>
        <w:rPr>
          <w:rFonts w:asciiTheme="majorHAnsi" w:hAnsiTheme="majorHAnsi" w:cstheme="majorHAnsi"/>
          <w:sz w:val="24"/>
          <w:szCs w:val="24"/>
          <w:lang w:val="pl-PL"/>
        </w:rPr>
      </w:pPr>
    </w:p>
    <w:sectPr w:rsidR="00D139CC" w:rsidRPr="00A629B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A12B4" w14:textId="77777777" w:rsidR="00DB5BB2" w:rsidRDefault="00DB5BB2">
      <w:pPr>
        <w:spacing w:after="0" w:line="240" w:lineRule="auto"/>
      </w:pPr>
      <w:r>
        <w:separator/>
      </w:r>
    </w:p>
  </w:endnote>
  <w:endnote w:type="continuationSeparator" w:id="0">
    <w:p w14:paraId="3817B020" w14:textId="77777777" w:rsidR="00DB5BB2" w:rsidRDefault="00DB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BD03" w14:textId="302F8A5F" w:rsidR="0043101D" w:rsidRPr="00816C23" w:rsidRDefault="000F1E8C" w:rsidP="000F1E8C">
    <w:pPr>
      <w:pStyle w:val="Stopka"/>
      <w:rPr>
        <w:lang w:val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9A29277" wp14:editId="62F0C01F">
          <wp:simplePos x="0" y="0"/>
          <wp:positionH relativeFrom="column">
            <wp:posOffset>3632200</wp:posOffset>
          </wp:positionH>
          <wp:positionV relativeFrom="paragraph">
            <wp:posOffset>-93980</wp:posOffset>
          </wp:positionV>
          <wp:extent cx="1549400" cy="673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400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65F058" wp14:editId="15FEE27E">
          <wp:simplePos x="0" y="0"/>
          <wp:positionH relativeFrom="column">
            <wp:posOffset>5435600</wp:posOffset>
          </wp:positionH>
          <wp:positionV relativeFrom="paragraph">
            <wp:posOffset>7620</wp:posOffset>
          </wp:positionV>
          <wp:extent cx="774700" cy="384175"/>
          <wp:effectExtent l="0" t="0" r="6350" b="0"/>
          <wp:wrapNone/>
          <wp:docPr id="1842673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C1B" w:rsidRPr="00816C23">
      <w:rPr>
        <w:lang w:val="pl-PL"/>
      </w:rPr>
      <w:t>Dokument opracowany w ramach projektu współfinansowanego</w:t>
    </w:r>
    <w:r>
      <w:rPr>
        <w:lang w:val="pl-PL"/>
      </w:rPr>
      <w:br/>
    </w:r>
    <w:r w:rsidR="00433C1B" w:rsidRPr="00816C23">
      <w:rPr>
        <w:lang w:val="pl-PL"/>
      </w:rPr>
      <w:t>przez Unię Europejską w ramach Programu Fundusze Europejskie</w:t>
    </w:r>
    <w:r>
      <w:rPr>
        <w:lang w:val="pl-PL"/>
      </w:rPr>
      <w:br/>
    </w:r>
    <w:r w:rsidR="00433C1B" w:rsidRPr="00816C23">
      <w:rPr>
        <w:lang w:val="pl-PL"/>
      </w:rPr>
      <w:t>dla Rozwoju Społecznego 2021–2027.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A5B2" w14:textId="77777777" w:rsidR="00DB5BB2" w:rsidRDefault="00DB5BB2">
      <w:pPr>
        <w:spacing w:after="0" w:line="240" w:lineRule="auto"/>
      </w:pPr>
      <w:bookmarkStart w:id="0" w:name="_Hlk214018415"/>
      <w:bookmarkEnd w:id="0"/>
      <w:r>
        <w:separator/>
      </w:r>
    </w:p>
  </w:footnote>
  <w:footnote w:type="continuationSeparator" w:id="0">
    <w:p w14:paraId="6EC9AC15" w14:textId="77777777" w:rsidR="00DB5BB2" w:rsidRDefault="00DB5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9689" w14:textId="5750C5B4" w:rsidR="0043101D" w:rsidRDefault="000F1E8C" w:rsidP="00837DE1">
    <w:pPr>
      <w:pStyle w:val="Nagwek"/>
      <w:ind w:left="-851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DA44DD" wp14:editId="48CCBF96">
          <wp:simplePos x="0" y="0"/>
          <wp:positionH relativeFrom="margin">
            <wp:align>center</wp:align>
          </wp:positionH>
          <wp:positionV relativeFrom="paragraph">
            <wp:posOffset>-387350</wp:posOffset>
          </wp:positionV>
          <wp:extent cx="5981700" cy="825380"/>
          <wp:effectExtent l="0" t="0" r="0" b="0"/>
          <wp:wrapNone/>
          <wp:docPr id="1" name="Picture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Obraz zawierający tekst, Czcionka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1700" cy="825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0" w:type="dxa"/>
      <w:tblInd w:w="-709" w:type="dxa"/>
      <w:tblLook w:val="04A0" w:firstRow="1" w:lastRow="0" w:firstColumn="1" w:lastColumn="0" w:noHBand="0" w:noVBand="1"/>
    </w:tblPr>
    <w:tblGrid>
      <w:gridCol w:w="5916"/>
      <w:gridCol w:w="4574"/>
    </w:tblGrid>
    <w:tr w:rsidR="001C27A3" w14:paraId="47BF76A1" w14:textId="77777777" w:rsidTr="00837DE1">
      <w:tc>
        <w:tcPr>
          <w:tcW w:w="5916" w:type="dxa"/>
        </w:tcPr>
        <w:p w14:paraId="41C9CEFA" w14:textId="08484376" w:rsidR="0043101D" w:rsidRDefault="0043101D" w:rsidP="00837DE1">
          <w:pPr>
            <w:ind w:left="-961" w:firstLine="961"/>
          </w:pPr>
        </w:p>
      </w:tc>
      <w:tc>
        <w:tcPr>
          <w:tcW w:w="4574" w:type="dxa"/>
        </w:tcPr>
        <w:p w14:paraId="7616120D" w14:textId="258D705E" w:rsidR="0043101D" w:rsidRDefault="0043101D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817CF"/>
    <w:multiLevelType w:val="multilevel"/>
    <w:tmpl w:val="3B38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3252367">
    <w:abstractNumId w:val="8"/>
  </w:num>
  <w:num w:numId="2" w16cid:durableId="2076127528">
    <w:abstractNumId w:val="6"/>
  </w:num>
  <w:num w:numId="3" w16cid:durableId="2035574280">
    <w:abstractNumId w:val="5"/>
  </w:num>
  <w:num w:numId="4" w16cid:durableId="1976787437">
    <w:abstractNumId w:val="4"/>
  </w:num>
  <w:num w:numId="5" w16cid:durableId="459886645">
    <w:abstractNumId w:val="7"/>
  </w:num>
  <w:num w:numId="6" w16cid:durableId="46533291">
    <w:abstractNumId w:val="3"/>
  </w:num>
  <w:num w:numId="7" w16cid:durableId="1307736083">
    <w:abstractNumId w:val="2"/>
  </w:num>
  <w:num w:numId="8" w16cid:durableId="723214674">
    <w:abstractNumId w:val="1"/>
  </w:num>
  <w:num w:numId="9" w16cid:durableId="931818062">
    <w:abstractNumId w:val="0"/>
  </w:num>
  <w:num w:numId="10" w16cid:durableId="11460523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D9C"/>
    <w:rsid w:val="00034616"/>
    <w:rsid w:val="00051EBB"/>
    <w:rsid w:val="0006063C"/>
    <w:rsid w:val="000C1079"/>
    <w:rsid w:val="000E7615"/>
    <w:rsid w:val="000F1E8C"/>
    <w:rsid w:val="0015074B"/>
    <w:rsid w:val="00195FDA"/>
    <w:rsid w:val="001B5526"/>
    <w:rsid w:val="001C27A3"/>
    <w:rsid w:val="00255B53"/>
    <w:rsid w:val="00266695"/>
    <w:rsid w:val="002853DD"/>
    <w:rsid w:val="0029639D"/>
    <w:rsid w:val="002A16F8"/>
    <w:rsid w:val="002D12B1"/>
    <w:rsid w:val="00326F90"/>
    <w:rsid w:val="003346AC"/>
    <w:rsid w:val="00364145"/>
    <w:rsid w:val="003A2915"/>
    <w:rsid w:val="003D671E"/>
    <w:rsid w:val="0043101D"/>
    <w:rsid w:val="00433C1B"/>
    <w:rsid w:val="0044027F"/>
    <w:rsid w:val="004826B2"/>
    <w:rsid w:val="00486C49"/>
    <w:rsid w:val="004C32E2"/>
    <w:rsid w:val="005367FC"/>
    <w:rsid w:val="00543466"/>
    <w:rsid w:val="0056005B"/>
    <w:rsid w:val="005B7069"/>
    <w:rsid w:val="005C6436"/>
    <w:rsid w:val="007F1DD4"/>
    <w:rsid w:val="00816C23"/>
    <w:rsid w:val="00837DE1"/>
    <w:rsid w:val="00860C13"/>
    <w:rsid w:val="008E06AD"/>
    <w:rsid w:val="009A3262"/>
    <w:rsid w:val="009F4DD1"/>
    <w:rsid w:val="00A629B3"/>
    <w:rsid w:val="00AA1D8D"/>
    <w:rsid w:val="00AE31BF"/>
    <w:rsid w:val="00B47730"/>
    <w:rsid w:val="00BB4913"/>
    <w:rsid w:val="00C039B1"/>
    <w:rsid w:val="00C645F6"/>
    <w:rsid w:val="00C93375"/>
    <w:rsid w:val="00CB0664"/>
    <w:rsid w:val="00D0782D"/>
    <w:rsid w:val="00D139CC"/>
    <w:rsid w:val="00D261EE"/>
    <w:rsid w:val="00D4382B"/>
    <w:rsid w:val="00D733A1"/>
    <w:rsid w:val="00D9692C"/>
    <w:rsid w:val="00DB5BB2"/>
    <w:rsid w:val="00DD5F06"/>
    <w:rsid w:val="00EF03C1"/>
    <w:rsid w:val="00F23FB4"/>
    <w:rsid w:val="00FA2A72"/>
    <w:rsid w:val="00FA36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380E4"/>
  <w14:defaultImageDpi w14:val="330"/>
  <w15:docId w15:val="{51CA4328-8C2C-4399-A6CE-6C65E1F7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A2A7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538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Pilecka</cp:lastModifiedBy>
  <cp:revision>7</cp:revision>
  <dcterms:created xsi:type="dcterms:W3CDTF">2026-02-20T08:16:00Z</dcterms:created>
  <dcterms:modified xsi:type="dcterms:W3CDTF">2026-02-20T10:27:00Z</dcterms:modified>
  <cp:category/>
</cp:coreProperties>
</file>