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0B76" w14:textId="77777777" w:rsidR="0083514F" w:rsidRPr="00A63E3B" w:rsidRDefault="0083514F" w:rsidP="0083514F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pl-PL"/>
        </w:rPr>
      </w:pPr>
      <w:r w:rsidRPr="00A63E3B">
        <w:rPr>
          <w:rFonts w:asciiTheme="majorHAnsi" w:hAnsiTheme="majorHAnsi" w:cstheme="majorHAnsi"/>
          <w:b/>
          <w:bCs/>
          <w:sz w:val="28"/>
          <w:szCs w:val="28"/>
          <w:lang w:val="pl-PL"/>
        </w:rPr>
        <w:t>Oświadczenie o spełnianiu kryteriów kwalifikowalności</w:t>
      </w:r>
    </w:p>
    <w:p w14:paraId="64063629" w14:textId="77777777" w:rsidR="009F3306" w:rsidRPr="00A63E3B" w:rsidRDefault="009F3306" w:rsidP="009F3306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„Świadczenie usługi mieszkaniowej z usługami aktywnej integracji dla osób w trudniejszej sytuacji na terenie Gminy Bielawa „ nr FERS.05.01-IZ.00-002/25</w:t>
      </w:r>
    </w:p>
    <w:p w14:paraId="5938109E" w14:textId="5D58AF3D" w:rsidR="009F3306" w:rsidRPr="00A63E3B" w:rsidRDefault="009F3306" w:rsidP="009F3306">
      <w:pPr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sz w:val="24"/>
          <w:szCs w:val="24"/>
          <w:lang w:val="pl-PL"/>
        </w:rPr>
        <w:t>projekt  współfinansowany przez Unię Europejską w ramach Programu Fundusze Europejskie dla Rozwoju Społecznego 2021–2027.</w:t>
      </w:r>
    </w:p>
    <w:p w14:paraId="6FFF6B3B" w14:textId="255C493C" w:rsidR="0083514F" w:rsidRPr="00A63E3B" w:rsidRDefault="0083514F" w:rsidP="0083514F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sz w:val="24"/>
          <w:szCs w:val="24"/>
          <w:lang w:val="pl-PL"/>
        </w:rPr>
        <w:t>ARTE Wielobranżowa Spółdzielnia Socjalna, ul. Nowobielawska 5, 58-260 Bielawa, Biuro: ul. Brzeżna 32, NIP: 882 211 73 82, E-mail: san@arte.bielawa.pl</w:t>
      </w:r>
    </w:p>
    <w:p w14:paraId="052C8CB0" w14:textId="306DFC16" w:rsidR="0083514F" w:rsidRPr="00A63E3B" w:rsidRDefault="0083514F" w:rsidP="0083514F">
      <w:pPr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Ja niżej podpisany/a oświadczam, że spełniam kryteria kwalifikowalności do udziału w projekcie, w szczególności:</w:t>
      </w:r>
    </w:p>
    <w:p w14:paraId="08A8ADE6" w14:textId="4D881452" w:rsidR="00991A0F" w:rsidRPr="00991A0F" w:rsidRDefault="00991A0F" w:rsidP="00991A0F">
      <w:pPr>
        <w:rPr>
          <w:rFonts w:asciiTheme="majorHAnsi" w:hAnsiTheme="majorHAnsi" w:cstheme="majorHAnsi"/>
          <w:lang w:val="pl-PL"/>
        </w:rPr>
      </w:pPr>
      <w:r w:rsidRPr="00991A0F">
        <w:rPr>
          <w:rFonts w:ascii="Segoe UI Symbol" w:hAnsi="Segoe UI Symbol" w:cs="Segoe UI Symbol"/>
          <w:lang w:val="pl-PL"/>
        </w:rPr>
        <w:t>☐</w:t>
      </w:r>
      <w:r w:rsidRPr="00991A0F">
        <w:rPr>
          <w:rFonts w:asciiTheme="majorHAnsi" w:hAnsiTheme="majorHAnsi" w:cstheme="majorHAnsi"/>
          <w:lang w:val="pl-PL"/>
        </w:rPr>
        <w:t xml:space="preserve"> osoba/rodzina kwalifikująca się do świadczeń z pomocy społecznej</w:t>
      </w:r>
      <w:r w:rsidR="00CB5E4B" w:rsidRPr="00A63E3B">
        <w:rPr>
          <w:rFonts w:asciiTheme="majorHAnsi" w:hAnsiTheme="majorHAnsi" w:cstheme="majorHAnsi"/>
          <w:lang w:val="pl-PL"/>
        </w:rPr>
        <w:t>, zgodnie z ustawą z dnia 12 marca 2004r. o pomocy społecznej</w:t>
      </w:r>
      <w:r w:rsidRPr="00991A0F">
        <w:rPr>
          <w:rFonts w:asciiTheme="majorHAnsi" w:hAnsiTheme="majorHAnsi" w:cstheme="majorHAnsi"/>
          <w:lang w:val="pl-PL"/>
        </w:rPr>
        <w:br/>
        <w:t>(dokument: zaświadczenie OPS / decyzja)</w:t>
      </w:r>
      <w:r w:rsidR="00CB5E4B" w:rsidRPr="00A63E3B">
        <w:rPr>
          <w:rFonts w:asciiTheme="majorHAnsi" w:hAnsiTheme="majorHAnsi" w:cstheme="majorHAnsi"/>
          <w:lang w:val="pl-PL"/>
        </w:rPr>
        <w:t xml:space="preserve">  </w:t>
      </w:r>
    </w:p>
    <w:p w14:paraId="4A2414AA" w14:textId="237024D2" w:rsidR="00991A0F" w:rsidRPr="00991A0F" w:rsidRDefault="00991A0F" w:rsidP="00991A0F">
      <w:pPr>
        <w:rPr>
          <w:rFonts w:asciiTheme="majorHAnsi" w:hAnsiTheme="majorHAnsi" w:cstheme="majorHAnsi"/>
          <w:lang w:val="pl-PL"/>
        </w:rPr>
      </w:pPr>
      <w:r w:rsidRPr="00991A0F">
        <w:rPr>
          <w:rFonts w:ascii="Segoe UI Symbol" w:hAnsi="Segoe UI Symbol" w:cs="Segoe UI Symbol"/>
          <w:lang w:val="pl-PL"/>
        </w:rPr>
        <w:t>☐</w:t>
      </w:r>
      <w:r w:rsidRPr="00991A0F">
        <w:rPr>
          <w:rFonts w:asciiTheme="majorHAnsi" w:hAnsiTheme="majorHAnsi" w:cstheme="majorHAnsi"/>
          <w:lang w:val="pl-PL"/>
        </w:rPr>
        <w:t xml:space="preserve"> osoba pełnoletnia opuszczająca pieczę zastępczą</w:t>
      </w:r>
      <w:r w:rsidR="00CB5E4B" w:rsidRPr="00A63E3B">
        <w:rPr>
          <w:rFonts w:asciiTheme="majorHAnsi" w:hAnsiTheme="majorHAnsi" w:cstheme="majorHAnsi"/>
          <w:lang w:val="pl-PL"/>
        </w:rPr>
        <w:t>, o których mowa w ustawie z dnia 9 czerwca 2011r. o wspieranie rodziny i pieczy zastępczej.</w:t>
      </w:r>
      <w:r w:rsidRPr="00991A0F">
        <w:rPr>
          <w:rFonts w:asciiTheme="majorHAnsi" w:hAnsiTheme="majorHAnsi" w:cstheme="majorHAnsi"/>
          <w:lang w:val="pl-PL"/>
        </w:rPr>
        <w:br/>
        <w:t>(dokument: zaświadczenie PCPR)</w:t>
      </w:r>
    </w:p>
    <w:p w14:paraId="65399BDE" w14:textId="0E1FA2AC" w:rsidR="00991A0F" w:rsidRPr="00991A0F" w:rsidRDefault="00991A0F" w:rsidP="00991A0F">
      <w:pPr>
        <w:rPr>
          <w:rFonts w:asciiTheme="majorHAnsi" w:hAnsiTheme="majorHAnsi" w:cstheme="majorHAnsi"/>
          <w:lang w:val="pl-PL"/>
        </w:rPr>
      </w:pPr>
      <w:r w:rsidRPr="00991A0F">
        <w:rPr>
          <w:rFonts w:ascii="Segoe UI Symbol" w:hAnsi="Segoe UI Symbol" w:cs="Segoe UI Symbol"/>
          <w:lang w:val="pl-PL"/>
        </w:rPr>
        <w:t>☐</w:t>
      </w:r>
      <w:r w:rsidRPr="00991A0F">
        <w:rPr>
          <w:rFonts w:asciiTheme="majorHAnsi" w:hAnsiTheme="majorHAnsi" w:cstheme="majorHAnsi"/>
          <w:lang w:val="pl-PL"/>
        </w:rPr>
        <w:t xml:space="preserve"> osoba bezrobotna</w:t>
      </w:r>
      <w:r w:rsidR="00CB5E4B" w:rsidRPr="00A63E3B">
        <w:rPr>
          <w:rFonts w:asciiTheme="majorHAnsi" w:hAnsiTheme="majorHAnsi" w:cstheme="majorHAnsi"/>
          <w:lang w:val="pl-PL"/>
        </w:rPr>
        <w:t xml:space="preserve"> / </w:t>
      </w:r>
      <w:r w:rsidR="00CB5E4B" w:rsidRPr="00991A0F">
        <w:rPr>
          <w:rFonts w:asciiTheme="majorHAnsi" w:hAnsiTheme="majorHAnsi" w:cstheme="majorHAnsi"/>
          <w:lang w:val="pl-PL"/>
        </w:rPr>
        <w:t>osoba długotrwale bezrobotna</w:t>
      </w:r>
      <w:r w:rsidRPr="00991A0F">
        <w:rPr>
          <w:rFonts w:asciiTheme="majorHAnsi" w:hAnsiTheme="majorHAnsi" w:cstheme="majorHAnsi"/>
          <w:lang w:val="pl-PL"/>
        </w:rPr>
        <w:br/>
        <w:t>(dokument: zaświadczenie PUP)</w:t>
      </w:r>
    </w:p>
    <w:p w14:paraId="29D5954C" w14:textId="0DEE9E5B" w:rsidR="00991A0F" w:rsidRPr="00991A0F" w:rsidRDefault="00991A0F" w:rsidP="00991A0F">
      <w:pPr>
        <w:rPr>
          <w:rFonts w:asciiTheme="majorHAnsi" w:hAnsiTheme="majorHAnsi" w:cstheme="majorHAnsi"/>
          <w:lang w:val="pl-PL"/>
        </w:rPr>
      </w:pPr>
      <w:r w:rsidRPr="00991A0F">
        <w:rPr>
          <w:rFonts w:ascii="Segoe UI Symbol" w:hAnsi="Segoe UI Symbol" w:cs="Segoe UI Symbol"/>
          <w:lang w:val="pl-PL"/>
        </w:rPr>
        <w:t>☐</w:t>
      </w:r>
      <w:r w:rsidRPr="00991A0F">
        <w:rPr>
          <w:rFonts w:asciiTheme="majorHAnsi" w:hAnsiTheme="majorHAnsi" w:cstheme="majorHAnsi"/>
          <w:lang w:val="pl-PL"/>
        </w:rPr>
        <w:t xml:space="preserve"> osoba w kryzysie bezdomności</w:t>
      </w:r>
      <w:r w:rsidR="00CB5E4B" w:rsidRPr="00A63E3B">
        <w:rPr>
          <w:rFonts w:asciiTheme="majorHAnsi" w:hAnsiTheme="majorHAnsi" w:cstheme="majorHAnsi"/>
          <w:lang w:val="pl-PL"/>
        </w:rPr>
        <w:t xml:space="preserve">                      </w:t>
      </w:r>
      <w:r w:rsidR="00CB5E4B" w:rsidRPr="00991A0F">
        <w:rPr>
          <w:rFonts w:ascii="Segoe UI Symbol" w:hAnsi="Segoe UI Symbol" w:cs="Segoe UI Symbol"/>
          <w:lang w:val="pl-PL"/>
        </w:rPr>
        <w:t>☐</w:t>
      </w:r>
      <w:r w:rsidR="00CB5E4B" w:rsidRPr="00991A0F">
        <w:rPr>
          <w:rFonts w:asciiTheme="majorHAnsi" w:hAnsiTheme="majorHAnsi" w:cstheme="majorHAnsi"/>
          <w:lang w:val="pl-PL"/>
        </w:rPr>
        <w:t>osoba zagrożona bezdomnością</w:t>
      </w:r>
      <w:r w:rsidRPr="00991A0F">
        <w:rPr>
          <w:rFonts w:asciiTheme="majorHAnsi" w:hAnsiTheme="majorHAnsi" w:cstheme="majorHAnsi"/>
          <w:lang w:val="pl-PL"/>
        </w:rPr>
        <w:br/>
        <w:t>(zaświadczenie schroniska / oświadczenie</w:t>
      </w:r>
      <w:r w:rsidR="00DE7603">
        <w:rPr>
          <w:rFonts w:asciiTheme="majorHAnsi" w:hAnsiTheme="majorHAnsi" w:cstheme="majorHAnsi"/>
          <w:lang w:val="pl-PL"/>
        </w:rPr>
        <w:t>)</w:t>
      </w:r>
      <w:r w:rsidR="00BC22C5" w:rsidRPr="00A63E3B">
        <w:rPr>
          <w:rFonts w:asciiTheme="majorHAnsi" w:hAnsiTheme="majorHAnsi" w:cstheme="majorHAnsi"/>
          <w:lang w:val="pl-PL"/>
        </w:rPr>
        <w:t xml:space="preserve">      (</w:t>
      </w:r>
      <w:r w:rsidR="00CB5E4B" w:rsidRPr="00991A0F">
        <w:rPr>
          <w:rFonts w:asciiTheme="majorHAnsi" w:hAnsiTheme="majorHAnsi" w:cstheme="majorHAnsi"/>
          <w:lang w:val="pl-PL"/>
        </w:rPr>
        <w:t>nakaz eksmisji / wypowiedzenie najmu</w:t>
      </w:r>
      <w:r w:rsidR="00CB5E4B" w:rsidRPr="00A63E3B">
        <w:rPr>
          <w:rFonts w:asciiTheme="majorHAnsi" w:hAnsiTheme="majorHAnsi" w:cstheme="majorHAnsi"/>
          <w:lang w:val="pl-PL"/>
        </w:rPr>
        <w:t>)</w:t>
      </w:r>
    </w:p>
    <w:p w14:paraId="3D5442F8" w14:textId="77777777" w:rsidR="00991A0F" w:rsidRPr="00991A0F" w:rsidRDefault="00991A0F" w:rsidP="00991A0F">
      <w:pPr>
        <w:rPr>
          <w:rFonts w:asciiTheme="majorHAnsi" w:hAnsiTheme="majorHAnsi" w:cstheme="majorHAnsi"/>
          <w:lang w:val="pl-PL"/>
        </w:rPr>
      </w:pPr>
      <w:r w:rsidRPr="00991A0F">
        <w:rPr>
          <w:rFonts w:ascii="Segoe UI Symbol" w:hAnsi="Segoe UI Symbol" w:cs="Segoe UI Symbol"/>
          <w:lang w:val="pl-PL"/>
        </w:rPr>
        <w:t>☐</w:t>
      </w:r>
      <w:r w:rsidRPr="00991A0F">
        <w:rPr>
          <w:rFonts w:asciiTheme="majorHAnsi" w:hAnsiTheme="majorHAnsi" w:cstheme="majorHAnsi"/>
          <w:lang w:val="pl-PL"/>
        </w:rPr>
        <w:t xml:space="preserve"> osoba uboga pracująca</w:t>
      </w:r>
      <w:r w:rsidRPr="00991A0F">
        <w:rPr>
          <w:rFonts w:asciiTheme="majorHAnsi" w:hAnsiTheme="majorHAnsi" w:cstheme="majorHAnsi"/>
          <w:lang w:val="pl-PL"/>
        </w:rPr>
        <w:br/>
        <w:t>(oświadczenie + dokument dochodowy)</w:t>
      </w:r>
    </w:p>
    <w:p w14:paraId="6499F94A" w14:textId="70FA2255" w:rsidR="00991A0F" w:rsidRPr="00991A0F" w:rsidRDefault="00991A0F" w:rsidP="00991A0F">
      <w:pPr>
        <w:rPr>
          <w:rFonts w:asciiTheme="majorHAnsi" w:hAnsiTheme="majorHAnsi" w:cstheme="majorHAnsi"/>
          <w:lang w:val="pl-PL"/>
        </w:rPr>
      </w:pPr>
      <w:r w:rsidRPr="00991A0F">
        <w:rPr>
          <w:rFonts w:ascii="Segoe UI Symbol" w:hAnsi="Segoe UI Symbol" w:cs="Segoe UI Symbol"/>
          <w:lang w:val="pl-PL"/>
        </w:rPr>
        <w:t>☐</w:t>
      </w:r>
      <w:r w:rsidRPr="00991A0F">
        <w:rPr>
          <w:rFonts w:asciiTheme="majorHAnsi" w:hAnsiTheme="majorHAnsi" w:cstheme="majorHAnsi"/>
          <w:lang w:val="pl-PL"/>
        </w:rPr>
        <w:t xml:space="preserve"> osoba doznająca przemocy domowej (procedura „Niebieskiej Karty”)</w:t>
      </w:r>
      <w:r w:rsidR="00CB5E4B" w:rsidRPr="00A63E3B">
        <w:rPr>
          <w:rFonts w:asciiTheme="majorHAnsi" w:hAnsiTheme="majorHAnsi" w:cstheme="majorHAnsi"/>
          <w:lang w:val="pl-PL"/>
        </w:rPr>
        <w:t>zgodnie z ustawą z dnia 29 lipca 2005r. o przeciwdziałaniu przemocy domowej.</w:t>
      </w:r>
      <w:r w:rsidRPr="00991A0F">
        <w:rPr>
          <w:rFonts w:asciiTheme="majorHAnsi" w:hAnsiTheme="majorHAnsi" w:cstheme="majorHAnsi"/>
          <w:lang w:val="pl-PL"/>
        </w:rPr>
        <w:br/>
        <w:t>(dokument potwierdzający)</w:t>
      </w:r>
    </w:p>
    <w:p w14:paraId="5187CCF7" w14:textId="3048AEDB" w:rsidR="0083514F" w:rsidRPr="00A63E3B" w:rsidRDefault="0083514F" w:rsidP="0083514F">
      <w:pPr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Jestem świadomy/a odpowiedzialności za składanie oświadczeń niezgodnych z prawdą.</w:t>
      </w:r>
    </w:p>
    <w:p w14:paraId="61CF015C" w14:textId="53194E36" w:rsidR="0083514F" w:rsidRPr="00A63E3B" w:rsidRDefault="0083514F" w:rsidP="0083514F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Imię i nazwisko</w:t>
      </w:r>
      <w:r w:rsidR="00ED6852" w:rsidRPr="00A63E3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A63E3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................................................................................</w:t>
      </w:r>
    </w:p>
    <w:p w14:paraId="5D741A42" w14:textId="24CA1D1A" w:rsidR="0083514F" w:rsidRPr="00A63E3B" w:rsidRDefault="0083514F" w:rsidP="0083514F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PESEL / data urodzenia</w:t>
      </w:r>
      <w:r w:rsidR="00ED6852" w:rsidRPr="00A63E3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A63E3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................................................................................</w:t>
      </w:r>
    </w:p>
    <w:p w14:paraId="4A204F23" w14:textId="4F9B8AEC" w:rsidR="0083514F" w:rsidRPr="00A63E3B" w:rsidRDefault="0083514F" w:rsidP="0083514F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Miejscowość i data</w:t>
      </w:r>
      <w:r w:rsidR="00ED6852" w:rsidRPr="00A63E3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A63E3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................................................................................</w:t>
      </w:r>
    </w:p>
    <w:p w14:paraId="7BAE45A7" w14:textId="2FBA4361" w:rsidR="00837DE1" w:rsidRPr="00A63E3B" w:rsidRDefault="0083514F" w:rsidP="00837DE1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A63E3B">
        <w:rPr>
          <w:rFonts w:asciiTheme="majorHAnsi" w:hAnsiTheme="majorHAnsi" w:cstheme="majorHAnsi"/>
          <w:b/>
          <w:bCs/>
          <w:sz w:val="24"/>
          <w:szCs w:val="24"/>
          <w:lang w:val="pl-PL"/>
        </w:rPr>
        <w:t>Podpis</w:t>
      </w:r>
      <w:r w:rsidRPr="00A63E3B">
        <w:rPr>
          <w:rFonts w:asciiTheme="majorHAnsi" w:hAnsiTheme="majorHAnsi" w:cstheme="majorHAnsi"/>
          <w:sz w:val="24"/>
          <w:szCs w:val="24"/>
          <w:lang w:val="pl-PL"/>
        </w:rPr>
        <w:tab/>
        <w:t>................................................................................</w:t>
      </w:r>
    </w:p>
    <w:sectPr w:rsidR="00837DE1" w:rsidRPr="00A63E3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61CB" w14:textId="77777777" w:rsidR="004373A2" w:rsidRDefault="004373A2">
      <w:pPr>
        <w:spacing w:after="0" w:line="240" w:lineRule="auto"/>
      </w:pPr>
      <w:r>
        <w:separator/>
      </w:r>
    </w:p>
  </w:endnote>
  <w:endnote w:type="continuationSeparator" w:id="0">
    <w:p w14:paraId="4BE36B44" w14:textId="77777777" w:rsidR="004373A2" w:rsidRDefault="0043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BD03" w14:textId="2328EC1D" w:rsidR="0043101D" w:rsidRPr="00816C23" w:rsidRDefault="00D706D4" w:rsidP="00D706D4">
    <w:pPr>
      <w:pStyle w:val="Stopka"/>
      <w:rPr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5F058" wp14:editId="1855EE24">
          <wp:simplePos x="0" y="0"/>
          <wp:positionH relativeFrom="column">
            <wp:posOffset>5422900</wp:posOffset>
          </wp:positionH>
          <wp:positionV relativeFrom="paragraph">
            <wp:posOffset>7620</wp:posOffset>
          </wp:positionV>
          <wp:extent cx="774700" cy="384175"/>
          <wp:effectExtent l="0" t="0" r="6350" b="0"/>
          <wp:wrapNone/>
          <wp:docPr id="1842673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A29277" wp14:editId="30979564">
          <wp:simplePos x="0" y="0"/>
          <wp:positionH relativeFrom="column">
            <wp:posOffset>3568700</wp:posOffset>
          </wp:positionH>
          <wp:positionV relativeFrom="paragraph">
            <wp:posOffset>-62230</wp:posOffset>
          </wp:positionV>
          <wp:extent cx="1549400" cy="673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49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514F" w:rsidRPr="00816C23">
      <w:rPr>
        <w:lang w:val="pl-PL"/>
      </w:rPr>
      <w:t>Dokument opracowany w ramach projektu współfinansowanego</w:t>
    </w:r>
    <w:r>
      <w:rPr>
        <w:lang w:val="pl-PL"/>
      </w:rPr>
      <w:br/>
    </w:r>
    <w:r w:rsidR="0083514F" w:rsidRPr="00816C23">
      <w:rPr>
        <w:lang w:val="pl-PL"/>
      </w:rPr>
      <w:t>przez Unię Europejską w ramach Programu Fundusze Europejskie</w:t>
    </w:r>
    <w:r>
      <w:rPr>
        <w:lang w:val="pl-PL"/>
      </w:rPr>
      <w:br/>
    </w:r>
    <w:r w:rsidR="0083514F" w:rsidRPr="00816C23">
      <w:rPr>
        <w:lang w:val="pl-PL"/>
      </w:rPr>
      <w:t>dla Rozwoju Społecznego 2021–2027.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4B6A" w14:textId="77777777" w:rsidR="004373A2" w:rsidRDefault="004373A2">
      <w:pPr>
        <w:spacing w:after="0" w:line="240" w:lineRule="auto"/>
      </w:pPr>
      <w:bookmarkStart w:id="0" w:name="_Hlk214018415"/>
      <w:bookmarkEnd w:id="0"/>
      <w:r>
        <w:separator/>
      </w:r>
    </w:p>
  </w:footnote>
  <w:footnote w:type="continuationSeparator" w:id="0">
    <w:p w14:paraId="4AA2DDBA" w14:textId="77777777" w:rsidR="004373A2" w:rsidRDefault="00437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689" w14:textId="4D9C5940" w:rsidR="0043101D" w:rsidRDefault="00D706D4" w:rsidP="00837DE1">
    <w:pPr>
      <w:pStyle w:val="Nagwek"/>
      <w:ind w:left="-85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18D0A8" wp14:editId="79D4C985">
          <wp:simplePos x="0" y="0"/>
          <wp:positionH relativeFrom="column">
            <wp:posOffset>-416560</wp:posOffset>
          </wp:positionH>
          <wp:positionV relativeFrom="paragraph">
            <wp:posOffset>-323850</wp:posOffset>
          </wp:positionV>
          <wp:extent cx="6433566" cy="887730"/>
          <wp:effectExtent l="0" t="0" r="5715" b="7620"/>
          <wp:wrapNone/>
          <wp:docPr id="1" name="Picture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braz zawierający tekst, Czcionka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33566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0" w:type="dxa"/>
      <w:tblInd w:w="-709" w:type="dxa"/>
      <w:tblLook w:val="04A0" w:firstRow="1" w:lastRow="0" w:firstColumn="1" w:lastColumn="0" w:noHBand="0" w:noVBand="1"/>
    </w:tblPr>
    <w:tblGrid>
      <w:gridCol w:w="5916"/>
      <w:gridCol w:w="4574"/>
    </w:tblGrid>
    <w:tr w:rsidR="001C27A3" w14:paraId="47BF76A1" w14:textId="77777777" w:rsidTr="00837DE1">
      <w:tc>
        <w:tcPr>
          <w:tcW w:w="5916" w:type="dxa"/>
        </w:tcPr>
        <w:p w14:paraId="41C9CEFA" w14:textId="4B6A5276" w:rsidR="0043101D" w:rsidRDefault="0043101D" w:rsidP="00837DE1">
          <w:pPr>
            <w:ind w:left="-961" w:firstLine="961"/>
          </w:pPr>
        </w:p>
      </w:tc>
      <w:tc>
        <w:tcPr>
          <w:tcW w:w="4574" w:type="dxa"/>
        </w:tcPr>
        <w:p w14:paraId="7616120D" w14:textId="1467745B" w:rsidR="0043101D" w:rsidRDefault="0043101D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252367">
    <w:abstractNumId w:val="8"/>
  </w:num>
  <w:num w:numId="2" w16cid:durableId="2076127528">
    <w:abstractNumId w:val="6"/>
  </w:num>
  <w:num w:numId="3" w16cid:durableId="2035574280">
    <w:abstractNumId w:val="5"/>
  </w:num>
  <w:num w:numId="4" w16cid:durableId="1976787437">
    <w:abstractNumId w:val="4"/>
  </w:num>
  <w:num w:numId="5" w16cid:durableId="459886645">
    <w:abstractNumId w:val="7"/>
  </w:num>
  <w:num w:numId="6" w16cid:durableId="46533291">
    <w:abstractNumId w:val="3"/>
  </w:num>
  <w:num w:numId="7" w16cid:durableId="1307736083">
    <w:abstractNumId w:val="2"/>
  </w:num>
  <w:num w:numId="8" w16cid:durableId="723214674">
    <w:abstractNumId w:val="1"/>
  </w:num>
  <w:num w:numId="9" w16cid:durableId="9318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E3A"/>
    <w:rsid w:val="00057ACC"/>
    <w:rsid w:val="0006063C"/>
    <w:rsid w:val="000628B0"/>
    <w:rsid w:val="00074D6F"/>
    <w:rsid w:val="000C1079"/>
    <w:rsid w:val="000E7615"/>
    <w:rsid w:val="0015074B"/>
    <w:rsid w:val="001A1919"/>
    <w:rsid w:val="001B5526"/>
    <w:rsid w:val="001C27A3"/>
    <w:rsid w:val="00247C80"/>
    <w:rsid w:val="00266695"/>
    <w:rsid w:val="0029639D"/>
    <w:rsid w:val="00326F90"/>
    <w:rsid w:val="003A2915"/>
    <w:rsid w:val="003D6043"/>
    <w:rsid w:val="00426C6B"/>
    <w:rsid w:val="0043101D"/>
    <w:rsid w:val="00433C1B"/>
    <w:rsid w:val="004373A2"/>
    <w:rsid w:val="00437E4D"/>
    <w:rsid w:val="00526303"/>
    <w:rsid w:val="007F1DD4"/>
    <w:rsid w:val="00816C23"/>
    <w:rsid w:val="0083514F"/>
    <w:rsid w:val="00837DE1"/>
    <w:rsid w:val="00860C13"/>
    <w:rsid w:val="008B3325"/>
    <w:rsid w:val="00991A0F"/>
    <w:rsid w:val="009A3262"/>
    <w:rsid w:val="009F3306"/>
    <w:rsid w:val="00A15D30"/>
    <w:rsid w:val="00A34CC2"/>
    <w:rsid w:val="00A63E3B"/>
    <w:rsid w:val="00AA1D8D"/>
    <w:rsid w:val="00B057CA"/>
    <w:rsid w:val="00B47730"/>
    <w:rsid w:val="00B663C4"/>
    <w:rsid w:val="00BB4913"/>
    <w:rsid w:val="00BC22C5"/>
    <w:rsid w:val="00C645F6"/>
    <w:rsid w:val="00CB0664"/>
    <w:rsid w:val="00CB5E4B"/>
    <w:rsid w:val="00D0782D"/>
    <w:rsid w:val="00D4689A"/>
    <w:rsid w:val="00D706D4"/>
    <w:rsid w:val="00DE7603"/>
    <w:rsid w:val="00ED6852"/>
    <w:rsid w:val="00F5323A"/>
    <w:rsid w:val="00F66A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380E4"/>
  <w14:defaultImageDpi w14:val="330"/>
  <w15:docId w15:val="{51CA4328-8C2C-4399-A6CE-6C65E1F7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Pilecka</cp:lastModifiedBy>
  <cp:revision>6</cp:revision>
  <cp:lastPrinted>2026-02-20T09:29:00Z</cp:lastPrinted>
  <dcterms:created xsi:type="dcterms:W3CDTF">2026-02-20T08:17:00Z</dcterms:created>
  <dcterms:modified xsi:type="dcterms:W3CDTF">2026-02-20T10:37:00Z</dcterms:modified>
  <cp:category/>
</cp:coreProperties>
</file>